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6D0EC" w14:textId="77777777" w:rsidR="00771B1E" w:rsidRDefault="00771B1E" w:rsidP="006B3EFA">
      <w:pPr>
        <w:jc w:val="center"/>
        <w:rPr>
          <w:rFonts w:ascii="Arial" w:hAnsi="Arial" w:cs="Arial"/>
          <w:b/>
          <w:bCs/>
          <w:sz w:val="28"/>
          <w:szCs w:val="28"/>
        </w:rPr>
      </w:pPr>
    </w:p>
    <w:p w14:paraId="5174FE60" w14:textId="54876913" w:rsidR="006B3EFA" w:rsidRPr="006B3EFA" w:rsidRDefault="006B3EFA" w:rsidP="006B3EFA">
      <w:pPr>
        <w:jc w:val="center"/>
        <w:rPr>
          <w:rFonts w:ascii="Arial" w:hAnsi="Arial" w:cs="Arial"/>
          <w:b/>
          <w:bCs/>
          <w:sz w:val="28"/>
          <w:szCs w:val="28"/>
        </w:rPr>
      </w:pPr>
      <w:r w:rsidRPr="006B3EFA">
        <w:rPr>
          <w:rFonts w:ascii="Arial" w:hAnsi="Arial" w:cs="Arial"/>
          <w:b/>
          <w:bCs/>
          <w:sz w:val="28"/>
          <w:szCs w:val="28"/>
        </w:rPr>
        <w:t>Lewes District Food Partnership</w:t>
      </w:r>
    </w:p>
    <w:p w14:paraId="0C4B9ABB" w14:textId="6FF00567" w:rsidR="00F71B5E" w:rsidRPr="00771B1E" w:rsidRDefault="006B3EFA" w:rsidP="00771B1E">
      <w:pPr>
        <w:jc w:val="center"/>
        <w:rPr>
          <w:rFonts w:ascii="Arial" w:hAnsi="Arial" w:cs="Arial"/>
          <w:b/>
          <w:bCs/>
          <w:sz w:val="28"/>
          <w:szCs w:val="28"/>
        </w:rPr>
      </w:pPr>
      <w:r w:rsidRPr="006B3EFA">
        <w:rPr>
          <w:rFonts w:ascii="Arial" w:hAnsi="Arial" w:cs="Arial"/>
          <w:b/>
          <w:bCs/>
          <w:sz w:val="28"/>
          <w:szCs w:val="28"/>
        </w:rPr>
        <w:t xml:space="preserve">Community Small Grants </w:t>
      </w:r>
      <w:proofErr w:type="spellStart"/>
      <w:r w:rsidRPr="006B3EFA">
        <w:rPr>
          <w:rFonts w:ascii="Arial" w:hAnsi="Arial" w:cs="Arial"/>
          <w:b/>
          <w:bCs/>
          <w:sz w:val="28"/>
          <w:szCs w:val="28"/>
        </w:rPr>
        <w:t>Programme</w:t>
      </w:r>
      <w:proofErr w:type="spellEnd"/>
      <w:r w:rsidRPr="006B3EFA">
        <w:rPr>
          <w:rFonts w:ascii="Arial" w:hAnsi="Arial" w:cs="Arial"/>
          <w:b/>
          <w:bCs/>
          <w:sz w:val="28"/>
          <w:szCs w:val="28"/>
        </w:rPr>
        <w:t xml:space="preserve"> Application Form</w:t>
      </w:r>
    </w:p>
    <w:p w14:paraId="415D3E1E" w14:textId="77777777" w:rsidR="00771B1E" w:rsidRDefault="00771B1E" w:rsidP="006B3EFA">
      <w:pPr>
        <w:rPr>
          <w:rFonts w:ascii="Arial" w:hAnsi="Arial" w:cs="Arial"/>
        </w:rPr>
      </w:pPr>
    </w:p>
    <w:p w14:paraId="513CA55B" w14:textId="46A4F524" w:rsidR="00F71B5E" w:rsidRDefault="00771B1E" w:rsidP="006B3EFA">
      <w:pPr>
        <w:rPr>
          <w:rFonts w:ascii="Arial" w:hAnsi="Arial" w:cs="Arial"/>
        </w:rPr>
      </w:pPr>
      <w:r w:rsidRPr="00771B1E">
        <w:rPr>
          <w:rFonts w:ascii="Arial" w:hAnsi="Arial" w:cs="Arial"/>
        </w:rPr>
        <w:t xml:space="preserve">As part of the Crisis &amp; Resilience Fund, East Sussex County Council is funding Lewes District Food Partnership to run a Small Grants </w:t>
      </w:r>
      <w:proofErr w:type="spellStart"/>
      <w:r w:rsidRPr="00771B1E">
        <w:rPr>
          <w:rFonts w:ascii="Arial" w:hAnsi="Arial" w:cs="Arial"/>
        </w:rPr>
        <w:t>programme</w:t>
      </w:r>
      <w:proofErr w:type="spellEnd"/>
      <w:r w:rsidRPr="00771B1E">
        <w:rPr>
          <w:rFonts w:ascii="Arial" w:hAnsi="Arial" w:cs="Arial"/>
        </w:rPr>
        <w:t xml:space="preserve"> for projects that improve access to food, as well as helping to build financial resilience. Grants of up to £1,500 will be available to projects operating within Lewes District.</w:t>
      </w:r>
    </w:p>
    <w:p w14:paraId="2ABD990B" w14:textId="77777777" w:rsidR="00771B1E" w:rsidRPr="006B3EFA" w:rsidRDefault="00771B1E" w:rsidP="006B3EFA">
      <w:pPr>
        <w:rPr>
          <w:rFonts w:ascii="Arial" w:hAnsi="Arial" w:cs="Arial"/>
        </w:rPr>
      </w:pPr>
    </w:p>
    <w:tbl>
      <w:tblPr>
        <w:tblStyle w:val="TableGrid"/>
        <w:tblW w:w="0" w:type="auto"/>
        <w:tblLook w:val="04A0" w:firstRow="1" w:lastRow="0" w:firstColumn="1" w:lastColumn="0" w:noHBand="0" w:noVBand="1"/>
      </w:tblPr>
      <w:tblGrid>
        <w:gridCol w:w="2915"/>
        <w:gridCol w:w="5715"/>
      </w:tblGrid>
      <w:tr w:rsidR="006B3EFA" w14:paraId="5E9D975D" w14:textId="77777777" w:rsidTr="006B3EFA">
        <w:tc>
          <w:tcPr>
            <w:tcW w:w="2943" w:type="dxa"/>
          </w:tcPr>
          <w:p w14:paraId="612D9DEC" w14:textId="77777777" w:rsidR="006B3EFA" w:rsidRDefault="006B3EFA" w:rsidP="006B3EFA">
            <w:pPr>
              <w:rPr>
                <w:rFonts w:ascii="Arial" w:hAnsi="Arial" w:cs="Arial"/>
              </w:rPr>
            </w:pPr>
            <w:proofErr w:type="spellStart"/>
            <w:r w:rsidRPr="006B3EFA">
              <w:rPr>
                <w:rFonts w:ascii="Arial" w:hAnsi="Arial" w:cs="Arial"/>
              </w:rPr>
              <w:t>Organisation</w:t>
            </w:r>
            <w:proofErr w:type="spellEnd"/>
            <w:r w:rsidRPr="006B3EFA">
              <w:rPr>
                <w:rFonts w:ascii="Arial" w:hAnsi="Arial" w:cs="Arial"/>
              </w:rPr>
              <w:t>/Group Name</w:t>
            </w:r>
          </w:p>
          <w:p w14:paraId="0FD42DF0" w14:textId="4F8263A3" w:rsidR="006B3EFA" w:rsidRDefault="006B3EFA" w:rsidP="006B3EFA">
            <w:pPr>
              <w:rPr>
                <w:rFonts w:ascii="Arial" w:hAnsi="Arial" w:cs="Arial"/>
              </w:rPr>
            </w:pPr>
          </w:p>
        </w:tc>
        <w:tc>
          <w:tcPr>
            <w:tcW w:w="5913" w:type="dxa"/>
          </w:tcPr>
          <w:p w14:paraId="59F31C9D" w14:textId="77777777" w:rsidR="006B3EFA" w:rsidRDefault="006B3EFA" w:rsidP="006B3EFA">
            <w:pPr>
              <w:rPr>
                <w:rFonts w:ascii="Arial" w:hAnsi="Arial" w:cs="Arial"/>
              </w:rPr>
            </w:pPr>
          </w:p>
        </w:tc>
      </w:tr>
      <w:tr w:rsidR="006B3EFA" w14:paraId="2FABD85D" w14:textId="77777777" w:rsidTr="006B3EFA">
        <w:tc>
          <w:tcPr>
            <w:tcW w:w="2943" w:type="dxa"/>
          </w:tcPr>
          <w:p w14:paraId="47A8DFEC" w14:textId="3AA449DA" w:rsidR="006B3EFA" w:rsidRDefault="006B3EFA" w:rsidP="006B3EFA">
            <w:pPr>
              <w:rPr>
                <w:rFonts w:ascii="Arial" w:hAnsi="Arial" w:cs="Arial"/>
              </w:rPr>
            </w:pPr>
            <w:proofErr w:type="spellStart"/>
            <w:r w:rsidRPr="006B3EFA">
              <w:rPr>
                <w:rFonts w:ascii="Arial" w:hAnsi="Arial" w:cs="Arial"/>
              </w:rPr>
              <w:t>Organisation</w:t>
            </w:r>
            <w:proofErr w:type="spellEnd"/>
            <w:r w:rsidRPr="006B3EFA">
              <w:rPr>
                <w:rFonts w:ascii="Arial" w:hAnsi="Arial" w:cs="Arial"/>
              </w:rPr>
              <w:t xml:space="preserve"> Type</w:t>
            </w:r>
            <w:r w:rsidR="005853F5">
              <w:rPr>
                <w:rFonts w:ascii="Arial" w:hAnsi="Arial" w:cs="Arial"/>
              </w:rPr>
              <w:t xml:space="preserve"> (please see notes for applicants for eligibility criteria)</w:t>
            </w:r>
          </w:p>
          <w:p w14:paraId="5EC4ACF1" w14:textId="5EC403AF" w:rsidR="006B3EFA" w:rsidRDefault="006B3EFA" w:rsidP="006B3EFA">
            <w:pPr>
              <w:rPr>
                <w:rFonts w:ascii="Arial" w:hAnsi="Arial" w:cs="Arial"/>
              </w:rPr>
            </w:pPr>
          </w:p>
        </w:tc>
        <w:tc>
          <w:tcPr>
            <w:tcW w:w="5913" w:type="dxa"/>
          </w:tcPr>
          <w:p w14:paraId="3A2B7171" w14:textId="77777777" w:rsidR="006B3EFA" w:rsidRDefault="006B3EFA" w:rsidP="006B3EFA">
            <w:pPr>
              <w:rPr>
                <w:rFonts w:ascii="Arial" w:hAnsi="Arial" w:cs="Arial"/>
              </w:rPr>
            </w:pPr>
          </w:p>
        </w:tc>
      </w:tr>
      <w:tr w:rsidR="006B3EFA" w14:paraId="252350C2" w14:textId="77777777" w:rsidTr="006B3EFA">
        <w:tc>
          <w:tcPr>
            <w:tcW w:w="2943" w:type="dxa"/>
          </w:tcPr>
          <w:p w14:paraId="65F737DA" w14:textId="77777777" w:rsidR="006B3EFA" w:rsidRDefault="006B3EFA" w:rsidP="006B3EFA">
            <w:pPr>
              <w:rPr>
                <w:rFonts w:ascii="Arial" w:hAnsi="Arial" w:cs="Arial"/>
              </w:rPr>
            </w:pPr>
            <w:r w:rsidRPr="006B3EFA">
              <w:rPr>
                <w:rFonts w:ascii="Arial" w:hAnsi="Arial" w:cs="Arial"/>
              </w:rPr>
              <w:t>Main Contact Name</w:t>
            </w:r>
          </w:p>
          <w:p w14:paraId="17EE2CC2" w14:textId="19F302D6" w:rsidR="006B3EFA" w:rsidRDefault="006B3EFA" w:rsidP="006B3EFA">
            <w:pPr>
              <w:rPr>
                <w:rFonts w:ascii="Arial" w:hAnsi="Arial" w:cs="Arial"/>
              </w:rPr>
            </w:pPr>
          </w:p>
        </w:tc>
        <w:tc>
          <w:tcPr>
            <w:tcW w:w="5913" w:type="dxa"/>
          </w:tcPr>
          <w:p w14:paraId="2737DCEE" w14:textId="77777777" w:rsidR="006B3EFA" w:rsidRDefault="006B3EFA" w:rsidP="006B3EFA">
            <w:pPr>
              <w:rPr>
                <w:rFonts w:ascii="Arial" w:hAnsi="Arial" w:cs="Arial"/>
              </w:rPr>
            </w:pPr>
          </w:p>
        </w:tc>
      </w:tr>
      <w:tr w:rsidR="006B3EFA" w14:paraId="7E91AFBC" w14:textId="77777777" w:rsidTr="006B3EFA">
        <w:tc>
          <w:tcPr>
            <w:tcW w:w="2943" w:type="dxa"/>
          </w:tcPr>
          <w:p w14:paraId="2A89F94F" w14:textId="77777777" w:rsidR="006B3EFA" w:rsidRDefault="006B3EFA" w:rsidP="006B3EFA">
            <w:pPr>
              <w:rPr>
                <w:rFonts w:ascii="Arial" w:hAnsi="Arial" w:cs="Arial"/>
              </w:rPr>
            </w:pPr>
            <w:r w:rsidRPr="006B3EFA">
              <w:rPr>
                <w:rFonts w:ascii="Arial" w:hAnsi="Arial" w:cs="Arial"/>
              </w:rPr>
              <w:t>Role/Position</w:t>
            </w:r>
          </w:p>
          <w:p w14:paraId="56DDE217" w14:textId="3AA73602" w:rsidR="006B3EFA" w:rsidRDefault="006B3EFA" w:rsidP="006B3EFA">
            <w:pPr>
              <w:rPr>
                <w:rFonts w:ascii="Arial" w:hAnsi="Arial" w:cs="Arial"/>
              </w:rPr>
            </w:pPr>
          </w:p>
        </w:tc>
        <w:tc>
          <w:tcPr>
            <w:tcW w:w="5913" w:type="dxa"/>
          </w:tcPr>
          <w:p w14:paraId="19376E5D" w14:textId="77777777" w:rsidR="006B3EFA" w:rsidRDefault="006B3EFA" w:rsidP="006B3EFA">
            <w:pPr>
              <w:rPr>
                <w:rFonts w:ascii="Arial" w:hAnsi="Arial" w:cs="Arial"/>
              </w:rPr>
            </w:pPr>
          </w:p>
        </w:tc>
      </w:tr>
      <w:tr w:rsidR="006B3EFA" w14:paraId="626E4E7A" w14:textId="77777777" w:rsidTr="006B3EFA">
        <w:tc>
          <w:tcPr>
            <w:tcW w:w="2943" w:type="dxa"/>
          </w:tcPr>
          <w:p w14:paraId="4A52BC87" w14:textId="77777777" w:rsidR="006B3EFA" w:rsidRDefault="006B3EFA" w:rsidP="006B3EFA">
            <w:pPr>
              <w:rPr>
                <w:rFonts w:ascii="Arial" w:hAnsi="Arial" w:cs="Arial"/>
              </w:rPr>
            </w:pPr>
            <w:r w:rsidRPr="006B3EFA">
              <w:rPr>
                <w:rFonts w:ascii="Arial" w:hAnsi="Arial" w:cs="Arial"/>
              </w:rPr>
              <w:t>Email Address</w:t>
            </w:r>
          </w:p>
          <w:p w14:paraId="360FCA37" w14:textId="2784FA4D" w:rsidR="006B3EFA" w:rsidRDefault="006B3EFA" w:rsidP="006B3EFA">
            <w:pPr>
              <w:rPr>
                <w:rFonts w:ascii="Arial" w:hAnsi="Arial" w:cs="Arial"/>
              </w:rPr>
            </w:pPr>
          </w:p>
        </w:tc>
        <w:tc>
          <w:tcPr>
            <w:tcW w:w="5913" w:type="dxa"/>
          </w:tcPr>
          <w:p w14:paraId="16CD70D5" w14:textId="77777777" w:rsidR="006B3EFA" w:rsidRDefault="006B3EFA" w:rsidP="006B3EFA">
            <w:pPr>
              <w:rPr>
                <w:rFonts w:ascii="Arial" w:hAnsi="Arial" w:cs="Arial"/>
              </w:rPr>
            </w:pPr>
          </w:p>
        </w:tc>
      </w:tr>
      <w:tr w:rsidR="006B3EFA" w14:paraId="20B109BB" w14:textId="77777777" w:rsidTr="006B3EFA">
        <w:tc>
          <w:tcPr>
            <w:tcW w:w="2943" w:type="dxa"/>
          </w:tcPr>
          <w:p w14:paraId="4FFFA295" w14:textId="77777777" w:rsidR="006B3EFA" w:rsidRDefault="006B3EFA" w:rsidP="006B3EFA">
            <w:pPr>
              <w:rPr>
                <w:rFonts w:ascii="Arial" w:hAnsi="Arial" w:cs="Arial"/>
              </w:rPr>
            </w:pPr>
            <w:r w:rsidRPr="006B3EFA">
              <w:rPr>
                <w:rFonts w:ascii="Arial" w:hAnsi="Arial" w:cs="Arial"/>
              </w:rPr>
              <w:t>Telephone Number</w:t>
            </w:r>
          </w:p>
          <w:p w14:paraId="0856CFBC" w14:textId="42CF0514" w:rsidR="006B3EFA" w:rsidRPr="006B3EFA" w:rsidRDefault="006B3EFA" w:rsidP="006B3EFA">
            <w:pPr>
              <w:rPr>
                <w:rFonts w:ascii="Arial" w:hAnsi="Arial" w:cs="Arial"/>
              </w:rPr>
            </w:pPr>
          </w:p>
        </w:tc>
        <w:tc>
          <w:tcPr>
            <w:tcW w:w="5913" w:type="dxa"/>
          </w:tcPr>
          <w:p w14:paraId="056C2416" w14:textId="77777777" w:rsidR="006B3EFA" w:rsidRDefault="006B3EFA" w:rsidP="006B3EFA">
            <w:pPr>
              <w:rPr>
                <w:rFonts w:ascii="Arial" w:hAnsi="Arial" w:cs="Arial"/>
              </w:rPr>
            </w:pPr>
          </w:p>
        </w:tc>
      </w:tr>
      <w:tr w:rsidR="006B3EFA" w14:paraId="03D1E0DC" w14:textId="77777777" w:rsidTr="006B3EFA">
        <w:tc>
          <w:tcPr>
            <w:tcW w:w="2943" w:type="dxa"/>
          </w:tcPr>
          <w:p w14:paraId="41360931" w14:textId="77777777" w:rsidR="006B3EFA" w:rsidRDefault="006B3EFA" w:rsidP="006B3EFA">
            <w:pPr>
              <w:rPr>
                <w:rFonts w:ascii="Arial" w:hAnsi="Arial" w:cs="Arial"/>
              </w:rPr>
            </w:pPr>
            <w:r w:rsidRPr="006B3EFA">
              <w:rPr>
                <w:rFonts w:ascii="Arial" w:hAnsi="Arial" w:cs="Arial"/>
              </w:rPr>
              <w:t>Address</w:t>
            </w:r>
          </w:p>
          <w:p w14:paraId="3AB40035" w14:textId="25AC0781" w:rsidR="006B3EFA" w:rsidRPr="006B3EFA" w:rsidRDefault="006B3EFA" w:rsidP="006B3EFA">
            <w:pPr>
              <w:rPr>
                <w:rFonts w:ascii="Arial" w:hAnsi="Arial" w:cs="Arial"/>
              </w:rPr>
            </w:pPr>
          </w:p>
        </w:tc>
        <w:tc>
          <w:tcPr>
            <w:tcW w:w="5913" w:type="dxa"/>
          </w:tcPr>
          <w:p w14:paraId="2678D00A" w14:textId="77777777" w:rsidR="006B3EFA" w:rsidRDefault="006B3EFA" w:rsidP="006B3EFA">
            <w:pPr>
              <w:rPr>
                <w:rFonts w:ascii="Arial" w:hAnsi="Arial" w:cs="Arial"/>
              </w:rPr>
            </w:pPr>
          </w:p>
        </w:tc>
      </w:tr>
      <w:tr w:rsidR="006B3EFA" w14:paraId="5D6C06AD" w14:textId="77777777" w:rsidTr="006B3EFA">
        <w:tc>
          <w:tcPr>
            <w:tcW w:w="2943" w:type="dxa"/>
          </w:tcPr>
          <w:p w14:paraId="6FD17908" w14:textId="77777777" w:rsidR="006B3EFA" w:rsidRDefault="006B3EFA" w:rsidP="006B3EFA">
            <w:pPr>
              <w:rPr>
                <w:rFonts w:ascii="Arial" w:hAnsi="Arial" w:cs="Arial"/>
              </w:rPr>
            </w:pPr>
            <w:r w:rsidRPr="006B3EFA">
              <w:rPr>
                <w:rFonts w:ascii="Arial" w:hAnsi="Arial" w:cs="Arial"/>
              </w:rPr>
              <w:t>Website/Social Media</w:t>
            </w:r>
          </w:p>
          <w:p w14:paraId="2096A706" w14:textId="248732D6" w:rsidR="006B3EFA" w:rsidRPr="006B3EFA" w:rsidRDefault="006B3EFA" w:rsidP="006B3EFA">
            <w:pPr>
              <w:rPr>
                <w:rFonts w:ascii="Arial" w:hAnsi="Arial" w:cs="Arial"/>
              </w:rPr>
            </w:pPr>
          </w:p>
        </w:tc>
        <w:tc>
          <w:tcPr>
            <w:tcW w:w="5913" w:type="dxa"/>
          </w:tcPr>
          <w:p w14:paraId="4E924BA0" w14:textId="77777777" w:rsidR="006B3EFA" w:rsidRDefault="006B3EFA" w:rsidP="006B3EFA">
            <w:pPr>
              <w:rPr>
                <w:rFonts w:ascii="Arial" w:hAnsi="Arial" w:cs="Arial"/>
              </w:rPr>
            </w:pPr>
          </w:p>
        </w:tc>
      </w:tr>
    </w:tbl>
    <w:p w14:paraId="02D13EBD" w14:textId="77777777" w:rsidR="006B3EFA" w:rsidRDefault="006B3EFA" w:rsidP="006B3EFA">
      <w:pPr>
        <w:rPr>
          <w:rFonts w:ascii="Arial" w:hAnsi="Arial" w:cs="Arial"/>
        </w:rPr>
      </w:pPr>
    </w:p>
    <w:tbl>
      <w:tblPr>
        <w:tblStyle w:val="TableGrid"/>
        <w:tblW w:w="0" w:type="auto"/>
        <w:tblLook w:val="04A0" w:firstRow="1" w:lastRow="0" w:firstColumn="1" w:lastColumn="0" w:noHBand="0" w:noVBand="1"/>
      </w:tblPr>
      <w:tblGrid>
        <w:gridCol w:w="2878"/>
        <w:gridCol w:w="5752"/>
      </w:tblGrid>
      <w:tr w:rsidR="006B3EFA" w14:paraId="4253AAC7" w14:textId="77777777" w:rsidTr="00771B1E">
        <w:tc>
          <w:tcPr>
            <w:tcW w:w="2878" w:type="dxa"/>
          </w:tcPr>
          <w:p w14:paraId="27B66F52" w14:textId="77777777" w:rsidR="006B3EFA" w:rsidRDefault="006B3EFA" w:rsidP="00767218">
            <w:pPr>
              <w:rPr>
                <w:rFonts w:ascii="Arial" w:hAnsi="Arial" w:cs="Arial"/>
              </w:rPr>
            </w:pPr>
            <w:r w:rsidRPr="006B3EFA">
              <w:rPr>
                <w:rFonts w:ascii="Arial" w:hAnsi="Arial" w:cs="Arial"/>
              </w:rPr>
              <w:t>Project Name</w:t>
            </w:r>
            <w:r>
              <w:rPr>
                <w:rFonts w:ascii="Arial" w:hAnsi="Arial" w:cs="Arial"/>
              </w:rPr>
              <w:t xml:space="preserve"> </w:t>
            </w:r>
          </w:p>
          <w:p w14:paraId="19548DC5" w14:textId="1F996B29" w:rsidR="006B3EFA" w:rsidRDefault="006B3EFA" w:rsidP="00767218">
            <w:pPr>
              <w:rPr>
                <w:rFonts w:ascii="Arial" w:hAnsi="Arial" w:cs="Arial"/>
              </w:rPr>
            </w:pPr>
          </w:p>
        </w:tc>
        <w:tc>
          <w:tcPr>
            <w:tcW w:w="5752" w:type="dxa"/>
          </w:tcPr>
          <w:p w14:paraId="5BCF7F4E" w14:textId="77777777" w:rsidR="006B3EFA" w:rsidRDefault="006B3EFA" w:rsidP="00767218">
            <w:pPr>
              <w:rPr>
                <w:rFonts w:ascii="Arial" w:hAnsi="Arial" w:cs="Arial"/>
              </w:rPr>
            </w:pPr>
          </w:p>
        </w:tc>
      </w:tr>
      <w:tr w:rsidR="006B3EFA" w14:paraId="1156DFA2" w14:textId="77777777" w:rsidTr="00771B1E">
        <w:tc>
          <w:tcPr>
            <w:tcW w:w="2878" w:type="dxa"/>
          </w:tcPr>
          <w:p w14:paraId="7C80C6BC" w14:textId="08126C54" w:rsidR="006B3EFA" w:rsidRDefault="006B3EFA" w:rsidP="00767218">
            <w:pPr>
              <w:rPr>
                <w:rFonts w:ascii="Arial" w:hAnsi="Arial" w:cs="Arial"/>
              </w:rPr>
            </w:pPr>
            <w:r w:rsidRPr="006B3EFA">
              <w:rPr>
                <w:rFonts w:ascii="Arial" w:hAnsi="Arial" w:cs="Arial"/>
              </w:rPr>
              <w:t>Project Summary (up to 250 words)</w:t>
            </w:r>
          </w:p>
          <w:p w14:paraId="7D2781B4" w14:textId="55A33F6A" w:rsidR="006B3EFA" w:rsidRDefault="006B3EFA" w:rsidP="00767218">
            <w:pPr>
              <w:rPr>
                <w:rFonts w:ascii="Arial" w:hAnsi="Arial" w:cs="Arial"/>
              </w:rPr>
            </w:pPr>
          </w:p>
        </w:tc>
        <w:tc>
          <w:tcPr>
            <w:tcW w:w="5752" w:type="dxa"/>
          </w:tcPr>
          <w:p w14:paraId="6FA7BEFD" w14:textId="77777777" w:rsidR="006B3EFA" w:rsidRDefault="006B3EFA" w:rsidP="00767218">
            <w:pPr>
              <w:rPr>
                <w:rFonts w:ascii="Arial" w:hAnsi="Arial" w:cs="Arial"/>
              </w:rPr>
            </w:pPr>
          </w:p>
        </w:tc>
      </w:tr>
      <w:tr w:rsidR="00F71B5E" w14:paraId="3A45B901" w14:textId="77777777" w:rsidTr="00771B1E">
        <w:tc>
          <w:tcPr>
            <w:tcW w:w="2878" w:type="dxa"/>
          </w:tcPr>
          <w:p w14:paraId="51D504B5" w14:textId="77777777" w:rsidR="00F71B5E" w:rsidRDefault="00F71B5E" w:rsidP="00767218">
            <w:pPr>
              <w:rPr>
                <w:rFonts w:ascii="Arial" w:hAnsi="Arial" w:cs="Arial"/>
              </w:rPr>
            </w:pPr>
            <w:r>
              <w:rPr>
                <w:rFonts w:ascii="Arial" w:hAnsi="Arial" w:cs="Arial"/>
              </w:rPr>
              <w:t>Where in Lewes District will your project operate?</w:t>
            </w:r>
          </w:p>
          <w:p w14:paraId="47A20F0E" w14:textId="4718A910" w:rsidR="00F71B5E" w:rsidRPr="006B3EFA" w:rsidRDefault="00F71B5E" w:rsidP="00767218">
            <w:pPr>
              <w:rPr>
                <w:rFonts w:ascii="Arial" w:hAnsi="Arial" w:cs="Arial"/>
              </w:rPr>
            </w:pPr>
          </w:p>
        </w:tc>
        <w:tc>
          <w:tcPr>
            <w:tcW w:w="5752" w:type="dxa"/>
          </w:tcPr>
          <w:p w14:paraId="2F285B5D" w14:textId="77777777" w:rsidR="00F71B5E" w:rsidRDefault="00F71B5E" w:rsidP="00767218">
            <w:pPr>
              <w:rPr>
                <w:rFonts w:ascii="Arial" w:hAnsi="Arial" w:cs="Arial"/>
              </w:rPr>
            </w:pPr>
          </w:p>
        </w:tc>
      </w:tr>
      <w:tr w:rsidR="006B3EFA" w14:paraId="5E1D3C65" w14:textId="77777777" w:rsidTr="00771B1E">
        <w:tc>
          <w:tcPr>
            <w:tcW w:w="2878" w:type="dxa"/>
          </w:tcPr>
          <w:p w14:paraId="5E166BA5" w14:textId="32B4AE79" w:rsidR="006B3EFA" w:rsidRDefault="006B3EFA" w:rsidP="00767218">
            <w:pPr>
              <w:rPr>
                <w:rFonts w:ascii="Arial" w:hAnsi="Arial" w:cs="Arial"/>
              </w:rPr>
            </w:pPr>
            <w:r w:rsidRPr="006B3EFA">
              <w:rPr>
                <w:rFonts w:ascii="Arial" w:hAnsi="Arial" w:cs="Arial"/>
              </w:rPr>
              <w:t xml:space="preserve">Amount Requested </w:t>
            </w:r>
            <w:r w:rsidR="00F71B5E">
              <w:rPr>
                <w:rFonts w:ascii="Arial" w:hAnsi="Arial" w:cs="Arial"/>
              </w:rPr>
              <w:t xml:space="preserve">and breakdown of budget </w:t>
            </w:r>
            <w:r w:rsidRPr="006B3EFA">
              <w:rPr>
                <w:rFonts w:ascii="Arial" w:hAnsi="Arial" w:cs="Arial"/>
              </w:rPr>
              <w:t>(Maximum £1,500)</w:t>
            </w:r>
          </w:p>
          <w:p w14:paraId="147F5C92" w14:textId="30AB1047" w:rsidR="006B3EFA" w:rsidRDefault="006B3EFA" w:rsidP="00767218">
            <w:pPr>
              <w:rPr>
                <w:rFonts w:ascii="Arial" w:hAnsi="Arial" w:cs="Arial"/>
              </w:rPr>
            </w:pPr>
          </w:p>
        </w:tc>
        <w:tc>
          <w:tcPr>
            <w:tcW w:w="5752" w:type="dxa"/>
          </w:tcPr>
          <w:p w14:paraId="750F1172" w14:textId="77777777" w:rsidR="006B3EFA" w:rsidRDefault="006B3EFA" w:rsidP="00767218">
            <w:pPr>
              <w:rPr>
                <w:rFonts w:ascii="Arial" w:hAnsi="Arial" w:cs="Arial"/>
              </w:rPr>
            </w:pPr>
          </w:p>
        </w:tc>
      </w:tr>
      <w:tr w:rsidR="006B3EFA" w14:paraId="089F7011" w14:textId="77777777" w:rsidTr="00771B1E">
        <w:tc>
          <w:tcPr>
            <w:tcW w:w="2878" w:type="dxa"/>
          </w:tcPr>
          <w:p w14:paraId="60DCF44B" w14:textId="77777777" w:rsidR="006B3EFA" w:rsidRDefault="006B3EFA" w:rsidP="00767218">
            <w:pPr>
              <w:rPr>
                <w:rFonts w:ascii="Arial" w:hAnsi="Arial" w:cs="Arial"/>
              </w:rPr>
            </w:pPr>
            <w:r w:rsidRPr="006B3EFA">
              <w:rPr>
                <w:rFonts w:ascii="Arial" w:hAnsi="Arial" w:cs="Arial"/>
              </w:rPr>
              <w:lastRenderedPageBreak/>
              <w:t>Project Start Date</w:t>
            </w:r>
            <w:r>
              <w:rPr>
                <w:rFonts w:ascii="Arial" w:hAnsi="Arial" w:cs="Arial"/>
              </w:rPr>
              <w:t xml:space="preserve"> </w:t>
            </w:r>
          </w:p>
          <w:p w14:paraId="5E0A2C01" w14:textId="6DF49DDD" w:rsidR="006B3EFA" w:rsidRDefault="006B3EFA" w:rsidP="00767218">
            <w:pPr>
              <w:rPr>
                <w:rFonts w:ascii="Arial" w:hAnsi="Arial" w:cs="Arial"/>
              </w:rPr>
            </w:pPr>
          </w:p>
        </w:tc>
        <w:tc>
          <w:tcPr>
            <w:tcW w:w="5752" w:type="dxa"/>
          </w:tcPr>
          <w:p w14:paraId="4746F7DB" w14:textId="77777777" w:rsidR="006B3EFA" w:rsidRDefault="006B3EFA" w:rsidP="00767218">
            <w:pPr>
              <w:rPr>
                <w:rFonts w:ascii="Arial" w:hAnsi="Arial" w:cs="Arial"/>
              </w:rPr>
            </w:pPr>
          </w:p>
        </w:tc>
      </w:tr>
      <w:tr w:rsidR="006B3EFA" w14:paraId="33767893" w14:textId="77777777" w:rsidTr="00771B1E">
        <w:tc>
          <w:tcPr>
            <w:tcW w:w="2878" w:type="dxa"/>
          </w:tcPr>
          <w:p w14:paraId="0843A1D5" w14:textId="77777777" w:rsidR="006B3EFA" w:rsidRDefault="006B3EFA" w:rsidP="00767218">
            <w:pPr>
              <w:rPr>
                <w:rFonts w:ascii="Arial" w:hAnsi="Arial" w:cs="Arial"/>
              </w:rPr>
            </w:pPr>
            <w:r w:rsidRPr="006B3EFA">
              <w:rPr>
                <w:rFonts w:ascii="Arial" w:hAnsi="Arial" w:cs="Arial"/>
              </w:rPr>
              <w:t>Project End Date</w:t>
            </w:r>
            <w:r>
              <w:rPr>
                <w:rFonts w:ascii="Arial" w:hAnsi="Arial" w:cs="Arial"/>
              </w:rPr>
              <w:t xml:space="preserve"> </w:t>
            </w:r>
          </w:p>
          <w:p w14:paraId="3F2A9CDB" w14:textId="7CC417BF" w:rsidR="006B3EFA" w:rsidRDefault="006B3EFA" w:rsidP="00767218">
            <w:pPr>
              <w:rPr>
                <w:rFonts w:ascii="Arial" w:hAnsi="Arial" w:cs="Arial"/>
              </w:rPr>
            </w:pPr>
          </w:p>
        </w:tc>
        <w:tc>
          <w:tcPr>
            <w:tcW w:w="5752" w:type="dxa"/>
          </w:tcPr>
          <w:p w14:paraId="60D055BF" w14:textId="77777777" w:rsidR="006B3EFA" w:rsidRDefault="006B3EFA" w:rsidP="00767218">
            <w:pPr>
              <w:rPr>
                <w:rFonts w:ascii="Arial" w:hAnsi="Arial" w:cs="Arial"/>
              </w:rPr>
            </w:pPr>
          </w:p>
        </w:tc>
      </w:tr>
      <w:tr w:rsidR="006B3EFA" w14:paraId="56DEF995" w14:textId="77777777" w:rsidTr="00771B1E">
        <w:tc>
          <w:tcPr>
            <w:tcW w:w="2878" w:type="dxa"/>
          </w:tcPr>
          <w:p w14:paraId="023F5038" w14:textId="51F514A3" w:rsidR="006B3EFA" w:rsidRDefault="006B3EFA" w:rsidP="006B3EFA">
            <w:pPr>
              <w:rPr>
                <w:rFonts w:ascii="Arial" w:hAnsi="Arial" w:cs="Arial"/>
              </w:rPr>
            </w:pPr>
            <w:r>
              <w:rPr>
                <w:rFonts w:ascii="Arial" w:hAnsi="Arial" w:cs="Arial"/>
              </w:rPr>
              <w:t>Which of the priorities does your project support?</w:t>
            </w:r>
          </w:p>
          <w:p w14:paraId="73687BB1" w14:textId="77777777" w:rsidR="006B3EFA" w:rsidRPr="006B3EFA" w:rsidRDefault="006B3EFA" w:rsidP="00767218">
            <w:pPr>
              <w:rPr>
                <w:rFonts w:ascii="Arial" w:hAnsi="Arial" w:cs="Arial"/>
              </w:rPr>
            </w:pPr>
          </w:p>
        </w:tc>
        <w:tc>
          <w:tcPr>
            <w:tcW w:w="5752" w:type="dxa"/>
          </w:tcPr>
          <w:p w14:paraId="20CB634A" w14:textId="19AD12AD" w:rsidR="006B3EFA" w:rsidRDefault="00161E02" w:rsidP="006B3EFA">
            <w:pPr>
              <w:ind w:left="360"/>
              <w:rPr>
                <w:rFonts w:ascii="Arial" w:hAnsi="Arial" w:cs="Arial"/>
                <w:lang w:val="en-GB"/>
              </w:rPr>
            </w:pPr>
            <w:sdt>
              <w:sdtPr>
                <w:rPr>
                  <w:rFonts w:ascii="Arial" w:eastAsia="Arial" w:hAnsi="Arial" w:cs="Arial"/>
                  <w:lang w:val="en-GB" w:eastAsia="en-GB"/>
                </w:rPr>
                <w:id w:val="-946068943"/>
                <w14:checkbox>
                  <w14:checked w14:val="0"/>
                  <w14:checkedState w14:val="2612" w14:font="MS Gothic"/>
                  <w14:uncheckedState w14:val="2610" w14:font="MS Gothic"/>
                </w14:checkbox>
              </w:sdtPr>
              <w:sdtEndPr/>
              <w:sdtContent>
                <w:r w:rsidR="00771B1E">
                  <w:rPr>
                    <w:rFonts w:ascii="MS Gothic" w:eastAsia="MS Gothic" w:hAnsi="MS Gothic" w:cs="Arial" w:hint="eastAsia"/>
                    <w:lang w:val="en-GB" w:eastAsia="en-GB"/>
                  </w:rPr>
                  <w:t>☐</w:t>
                </w:r>
              </w:sdtContent>
            </w:sdt>
            <w:r w:rsidR="006B3EFA" w:rsidRPr="006B3EFA">
              <w:rPr>
                <w:rFonts w:ascii="Arial" w:eastAsia="Arial" w:hAnsi="Arial" w:cs="Arial"/>
                <w:lang w:val="en-GB" w:eastAsia="en-GB"/>
              </w:rPr>
              <w:t xml:space="preserve"> </w:t>
            </w:r>
            <w:r w:rsidR="006B3EFA" w:rsidRPr="006B3EFA">
              <w:rPr>
                <w:rFonts w:ascii="Arial" w:hAnsi="Arial" w:cs="Arial"/>
                <w:lang w:val="en-GB"/>
              </w:rPr>
              <w:t>Provide social connection and a sense of belonging</w:t>
            </w:r>
          </w:p>
          <w:p w14:paraId="60B3BDD2" w14:textId="315D900B" w:rsidR="006B3EFA" w:rsidRDefault="00161E02" w:rsidP="006B3EFA">
            <w:pPr>
              <w:tabs>
                <w:tab w:val="left" w:pos="1002"/>
              </w:tabs>
              <w:ind w:left="360"/>
              <w:rPr>
                <w:rFonts w:ascii="Arial" w:hAnsi="Arial" w:cs="Arial"/>
                <w:lang w:val="en-GB"/>
              </w:rPr>
            </w:pPr>
            <w:sdt>
              <w:sdtPr>
                <w:rPr>
                  <w:rFonts w:ascii="Arial" w:hAnsi="Arial" w:cs="Arial"/>
                  <w:lang w:val="en-GB"/>
                </w:rPr>
                <w:id w:val="1897237851"/>
                <w14:checkbox>
                  <w14:checked w14:val="0"/>
                  <w14:checkedState w14:val="2612" w14:font="MS Gothic"/>
                  <w14:uncheckedState w14:val="2610" w14:font="MS Gothic"/>
                </w14:checkbox>
              </w:sdtPr>
              <w:sdtEndPr/>
              <w:sdtContent>
                <w:r w:rsidR="006B3EFA">
                  <w:rPr>
                    <w:rFonts w:ascii="MS Gothic" w:eastAsia="MS Gothic" w:hAnsi="MS Gothic" w:cs="Arial" w:hint="eastAsia"/>
                    <w:lang w:val="en-GB"/>
                  </w:rPr>
                  <w:t>☐</w:t>
                </w:r>
              </w:sdtContent>
            </w:sdt>
            <w:r w:rsidR="006B3EFA">
              <w:rPr>
                <w:rFonts w:hint="eastAsia"/>
              </w:rPr>
              <w:t xml:space="preserve"> </w:t>
            </w:r>
            <w:r w:rsidR="006B3EFA" w:rsidRPr="006B3EFA">
              <w:rPr>
                <w:rFonts w:ascii="Arial" w:hAnsi="Arial" w:cs="Arial"/>
                <w:lang w:val="en-GB"/>
              </w:rPr>
              <w:t>Promote ways to improve mental health and wellbeing</w:t>
            </w:r>
            <w:r w:rsidR="006B3EFA">
              <w:rPr>
                <w:rFonts w:ascii="Arial" w:hAnsi="Arial" w:cs="Arial"/>
                <w:lang w:val="en-GB"/>
              </w:rPr>
              <w:tab/>
            </w:r>
          </w:p>
          <w:p w14:paraId="5AD7C482" w14:textId="2D50F436" w:rsidR="006B3EFA" w:rsidRDefault="00161E02" w:rsidP="006B3EFA">
            <w:pPr>
              <w:tabs>
                <w:tab w:val="left" w:pos="1002"/>
              </w:tabs>
              <w:ind w:left="360"/>
              <w:rPr>
                <w:rFonts w:ascii="Arial" w:hAnsi="Arial" w:cs="Arial"/>
                <w:lang w:val="en-GB"/>
              </w:rPr>
            </w:pPr>
            <w:sdt>
              <w:sdtPr>
                <w:rPr>
                  <w:rFonts w:ascii="Arial" w:hAnsi="Arial" w:cs="Arial"/>
                  <w:lang w:val="en-GB"/>
                </w:rPr>
                <w:id w:val="-821805052"/>
                <w14:checkbox>
                  <w14:checked w14:val="0"/>
                  <w14:checkedState w14:val="2612" w14:font="MS Gothic"/>
                  <w14:uncheckedState w14:val="2610" w14:font="MS Gothic"/>
                </w14:checkbox>
              </w:sdtPr>
              <w:sdtEndPr/>
              <w:sdtContent>
                <w:r w:rsidR="006B3EFA">
                  <w:rPr>
                    <w:rFonts w:ascii="MS Gothic" w:eastAsia="MS Gothic" w:hAnsi="MS Gothic" w:cs="Arial" w:hint="eastAsia"/>
                    <w:lang w:val="en-GB"/>
                  </w:rPr>
                  <w:t>☐</w:t>
                </w:r>
              </w:sdtContent>
            </w:sdt>
            <w:r w:rsidR="006B3EFA">
              <w:rPr>
                <w:rFonts w:ascii="Arial" w:hAnsi="Arial" w:cs="Arial"/>
                <w:lang w:val="en-GB"/>
              </w:rPr>
              <w:t xml:space="preserve"> </w:t>
            </w:r>
            <w:r w:rsidR="006B3EFA" w:rsidRPr="006B3EFA">
              <w:rPr>
                <w:rFonts w:ascii="Arial" w:hAnsi="Arial" w:cs="Arial"/>
                <w:lang w:val="en-GB"/>
              </w:rPr>
              <w:t>Be a reliable and welcoming place to go</w:t>
            </w:r>
          </w:p>
          <w:p w14:paraId="1D1E914A" w14:textId="0C9B292D" w:rsidR="006B3EFA" w:rsidRDefault="00161E02" w:rsidP="006B3EFA">
            <w:pPr>
              <w:tabs>
                <w:tab w:val="left" w:pos="1002"/>
              </w:tabs>
              <w:ind w:left="360"/>
              <w:rPr>
                <w:rFonts w:ascii="Arial" w:hAnsi="Arial" w:cs="Arial"/>
                <w:lang w:val="en-GB"/>
              </w:rPr>
            </w:pPr>
            <w:sdt>
              <w:sdtPr>
                <w:rPr>
                  <w:rFonts w:ascii="Arial" w:hAnsi="Arial" w:cs="Arial"/>
                  <w:lang w:val="en-GB"/>
                </w:rPr>
                <w:id w:val="-939685043"/>
                <w14:checkbox>
                  <w14:checked w14:val="0"/>
                  <w14:checkedState w14:val="2612" w14:font="MS Gothic"/>
                  <w14:uncheckedState w14:val="2610" w14:font="MS Gothic"/>
                </w14:checkbox>
              </w:sdtPr>
              <w:sdtEndPr/>
              <w:sdtContent>
                <w:r w:rsidR="006B3EFA">
                  <w:rPr>
                    <w:rFonts w:ascii="MS Gothic" w:eastAsia="MS Gothic" w:hAnsi="MS Gothic" w:cs="Arial" w:hint="eastAsia"/>
                    <w:lang w:val="en-GB"/>
                  </w:rPr>
                  <w:t>☐</w:t>
                </w:r>
              </w:sdtContent>
            </w:sdt>
            <w:r w:rsidR="006B3EFA">
              <w:rPr>
                <w:rFonts w:ascii="Arial" w:hAnsi="Arial" w:cs="Arial"/>
                <w:lang w:val="en-GB"/>
              </w:rPr>
              <w:t xml:space="preserve"> </w:t>
            </w:r>
            <w:r w:rsidR="006B3EFA" w:rsidRPr="006B3EFA">
              <w:rPr>
                <w:rFonts w:ascii="Arial" w:hAnsi="Arial" w:cs="Arial"/>
                <w:lang w:val="en-GB"/>
              </w:rPr>
              <w:t>Embed advice, information &amp; navigation to wider services - no wrong doors</w:t>
            </w:r>
          </w:p>
          <w:p w14:paraId="4B393683" w14:textId="37875AF2" w:rsidR="006B3EFA" w:rsidRPr="006B3EFA" w:rsidRDefault="00161E02" w:rsidP="006B3EFA">
            <w:pPr>
              <w:tabs>
                <w:tab w:val="left" w:pos="1002"/>
              </w:tabs>
              <w:ind w:left="360"/>
              <w:rPr>
                <w:rFonts w:ascii="Arial" w:hAnsi="Arial" w:cs="Arial"/>
                <w:lang w:val="en-GB"/>
              </w:rPr>
            </w:pPr>
            <w:sdt>
              <w:sdtPr>
                <w:rPr>
                  <w:rFonts w:ascii="Arial" w:hAnsi="Arial" w:cs="Arial"/>
                  <w:lang w:val="en-GB"/>
                </w:rPr>
                <w:id w:val="583726158"/>
                <w14:checkbox>
                  <w14:checked w14:val="0"/>
                  <w14:checkedState w14:val="2612" w14:font="MS Gothic"/>
                  <w14:uncheckedState w14:val="2610" w14:font="MS Gothic"/>
                </w14:checkbox>
              </w:sdtPr>
              <w:sdtEndPr/>
              <w:sdtContent>
                <w:r w:rsidR="006B3EFA">
                  <w:rPr>
                    <w:rFonts w:ascii="MS Gothic" w:eastAsia="MS Gothic" w:hAnsi="MS Gothic" w:cs="Arial" w:hint="eastAsia"/>
                    <w:lang w:val="en-GB"/>
                  </w:rPr>
                  <w:t>☐</w:t>
                </w:r>
              </w:sdtContent>
            </w:sdt>
            <w:r w:rsidR="006B3EFA">
              <w:rPr>
                <w:rFonts w:ascii="Arial" w:hAnsi="Arial" w:cs="Arial"/>
                <w:lang w:val="en-GB"/>
              </w:rPr>
              <w:t xml:space="preserve"> </w:t>
            </w:r>
            <w:r w:rsidR="006B3EFA" w:rsidRPr="006B3EFA">
              <w:rPr>
                <w:rFonts w:ascii="Arial" w:hAnsi="Arial" w:cs="Arial"/>
                <w:lang w:val="en-GB"/>
              </w:rPr>
              <w:t>Prevention and support, rather than crisis focused</w:t>
            </w:r>
          </w:p>
          <w:p w14:paraId="0A5E1882" w14:textId="35ACE40D" w:rsidR="006B3EFA" w:rsidRDefault="006B3EFA" w:rsidP="00767218">
            <w:pPr>
              <w:rPr>
                <w:rFonts w:ascii="Arial" w:hAnsi="Arial" w:cs="Arial"/>
              </w:rPr>
            </w:pPr>
          </w:p>
        </w:tc>
      </w:tr>
      <w:tr w:rsidR="00771B1E" w14:paraId="3DED6BC4" w14:textId="77777777" w:rsidTr="00771B1E">
        <w:tc>
          <w:tcPr>
            <w:tcW w:w="2878" w:type="dxa"/>
          </w:tcPr>
          <w:p w14:paraId="685531B3" w14:textId="40E06FD0" w:rsidR="00771B1E" w:rsidRDefault="00771B1E" w:rsidP="006B3EFA">
            <w:pPr>
              <w:rPr>
                <w:rFonts w:ascii="Arial" w:hAnsi="Arial" w:cs="Arial"/>
              </w:rPr>
            </w:pPr>
            <w:r>
              <w:rPr>
                <w:rFonts w:ascii="Arial" w:hAnsi="Arial" w:cs="Arial"/>
              </w:rPr>
              <w:t>Which of the Crisis &amp; Resilience Fund outcomes does your project support?</w:t>
            </w:r>
          </w:p>
        </w:tc>
        <w:tc>
          <w:tcPr>
            <w:tcW w:w="5752" w:type="dxa"/>
          </w:tcPr>
          <w:p w14:paraId="54507DDD" w14:textId="5921B333" w:rsidR="00771B1E" w:rsidRDefault="00771B1E" w:rsidP="00771B1E">
            <w:pPr>
              <w:ind w:left="360"/>
              <w:rPr>
                <w:rFonts w:ascii="Arial" w:hAnsi="Arial" w:cs="Arial"/>
                <w:lang w:val="en-GB"/>
              </w:rPr>
            </w:pPr>
            <w:sdt>
              <w:sdtPr>
                <w:rPr>
                  <w:rFonts w:ascii="Arial" w:hAnsi="Arial" w:cs="Arial"/>
                  <w:lang w:val="en-GB"/>
                </w:rPr>
                <w:id w:val="-238954920"/>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6B3EFA">
              <w:rPr>
                <w:rFonts w:ascii="Arial" w:hAnsi="Arial" w:cs="Arial"/>
                <w:lang w:val="en-GB"/>
              </w:rPr>
              <w:t xml:space="preserve"> </w:t>
            </w:r>
            <w:r w:rsidRPr="00AB79CA">
              <w:rPr>
                <w:rFonts w:ascii="Arial" w:eastAsia="Arial" w:hAnsi="Arial" w:cs="Arial"/>
                <w:lang w:eastAsia="en-GB"/>
              </w:rPr>
              <w:t>Improved access to healthy and affordable food</w:t>
            </w:r>
          </w:p>
          <w:p w14:paraId="2EF96F36" w14:textId="5A6E58E1" w:rsidR="00771B1E" w:rsidRDefault="00771B1E" w:rsidP="00771B1E">
            <w:pPr>
              <w:tabs>
                <w:tab w:val="left" w:pos="1002"/>
              </w:tabs>
              <w:ind w:left="360"/>
              <w:rPr>
                <w:rFonts w:ascii="Arial" w:hAnsi="Arial" w:cs="Arial"/>
                <w:lang w:val="en-GB"/>
              </w:rPr>
            </w:pPr>
            <w:sdt>
              <w:sdtPr>
                <w:rPr>
                  <w:rFonts w:ascii="Arial" w:hAnsi="Arial" w:cs="Arial"/>
                  <w:lang w:val="en-GB"/>
                </w:rPr>
                <w:id w:val="-672949441"/>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Pr>
                <w:rFonts w:hint="eastAsia"/>
              </w:rPr>
              <w:t xml:space="preserve"> </w:t>
            </w:r>
            <w:r w:rsidRPr="00AB79CA">
              <w:rPr>
                <w:rFonts w:ascii="Arial" w:eastAsia="Arial" w:hAnsi="Arial" w:cs="Arial"/>
                <w:lang w:eastAsia="en-GB"/>
              </w:rPr>
              <w:t>Increased financial resilience and household stability</w:t>
            </w:r>
            <w:r>
              <w:rPr>
                <w:rFonts w:ascii="Arial" w:hAnsi="Arial" w:cs="Arial"/>
                <w:lang w:val="en-GB"/>
              </w:rPr>
              <w:tab/>
            </w:r>
          </w:p>
          <w:p w14:paraId="322C41FC" w14:textId="4EDD4CEE" w:rsidR="00771B1E" w:rsidRDefault="00771B1E" w:rsidP="00771B1E">
            <w:pPr>
              <w:tabs>
                <w:tab w:val="left" w:pos="1002"/>
              </w:tabs>
              <w:ind w:left="360"/>
              <w:rPr>
                <w:rFonts w:ascii="Arial" w:hAnsi="Arial" w:cs="Arial"/>
                <w:lang w:val="en-GB"/>
              </w:rPr>
            </w:pPr>
            <w:sdt>
              <w:sdtPr>
                <w:rPr>
                  <w:rFonts w:ascii="Arial" w:hAnsi="Arial" w:cs="Arial"/>
                  <w:lang w:val="en-GB"/>
                </w:rPr>
                <w:id w:val="490681845"/>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Pr>
                <w:rFonts w:ascii="Arial" w:hAnsi="Arial" w:cs="Arial"/>
                <w:lang w:val="en-GB"/>
              </w:rPr>
              <w:t xml:space="preserve"> </w:t>
            </w:r>
            <w:r w:rsidRPr="00AB79CA">
              <w:rPr>
                <w:rFonts w:ascii="Arial" w:eastAsia="Arial" w:hAnsi="Arial" w:cs="Arial"/>
                <w:lang w:eastAsia="en-GB"/>
              </w:rPr>
              <w:t>Increased access to advice, information and support services</w:t>
            </w:r>
          </w:p>
          <w:p w14:paraId="66EC3271" w14:textId="6F1E9D94" w:rsidR="00771B1E" w:rsidRDefault="00771B1E" w:rsidP="00771B1E">
            <w:pPr>
              <w:tabs>
                <w:tab w:val="left" w:pos="1002"/>
              </w:tabs>
              <w:ind w:left="360"/>
              <w:rPr>
                <w:rFonts w:ascii="Arial" w:hAnsi="Arial" w:cs="Arial"/>
                <w:lang w:val="en-GB"/>
              </w:rPr>
            </w:pPr>
            <w:sdt>
              <w:sdtPr>
                <w:rPr>
                  <w:rFonts w:ascii="Arial" w:hAnsi="Arial" w:cs="Arial"/>
                  <w:lang w:val="en-GB"/>
                </w:rPr>
                <w:id w:val="1226726922"/>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Pr>
                <w:rFonts w:ascii="Arial" w:hAnsi="Arial" w:cs="Arial"/>
                <w:lang w:val="en-GB"/>
              </w:rPr>
              <w:t xml:space="preserve"> </w:t>
            </w:r>
            <w:r w:rsidRPr="00AB79CA">
              <w:rPr>
                <w:rFonts w:ascii="Arial" w:eastAsia="Arial" w:hAnsi="Arial" w:cs="Arial"/>
                <w:lang w:eastAsia="en-GB"/>
              </w:rPr>
              <w:t xml:space="preserve">Improved income </w:t>
            </w:r>
            <w:proofErr w:type="spellStart"/>
            <w:r w:rsidRPr="00AB79CA">
              <w:rPr>
                <w:rFonts w:ascii="Arial" w:eastAsia="Arial" w:hAnsi="Arial" w:cs="Arial"/>
                <w:lang w:eastAsia="en-GB"/>
              </w:rPr>
              <w:t>maximisation</w:t>
            </w:r>
            <w:proofErr w:type="spellEnd"/>
            <w:r w:rsidRPr="00AB79CA">
              <w:rPr>
                <w:rFonts w:ascii="Arial" w:eastAsia="Arial" w:hAnsi="Arial" w:cs="Arial"/>
                <w:lang w:eastAsia="en-GB"/>
              </w:rPr>
              <w:t xml:space="preserve"> through benefits, grants or other support</w:t>
            </w:r>
          </w:p>
          <w:p w14:paraId="0E580759" w14:textId="1D8895F2" w:rsidR="00771B1E" w:rsidRDefault="00771B1E" w:rsidP="00771B1E">
            <w:pPr>
              <w:tabs>
                <w:tab w:val="left" w:pos="1002"/>
              </w:tabs>
              <w:ind w:left="360"/>
              <w:rPr>
                <w:rFonts w:ascii="Arial" w:eastAsia="Arial" w:hAnsi="Arial" w:cs="Arial"/>
                <w:lang w:eastAsia="en-GB"/>
              </w:rPr>
            </w:pPr>
            <w:sdt>
              <w:sdtPr>
                <w:rPr>
                  <w:rFonts w:ascii="Arial" w:hAnsi="Arial" w:cs="Arial"/>
                  <w:lang w:val="en-GB"/>
                </w:rPr>
                <w:id w:val="-63574990"/>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Pr>
                <w:rFonts w:ascii="Arial" w:hAnsi="Arial" w:cs="Arial"/>
                <w:lang w:val="en-GB"/>
              </w:rPr>
              <w:t xml:space="preserve"> </w:t>
            </w:r>
            <w:r w:rsidRPr="00AB79CA">
              <w:rPr>
                <w:rFonts w:ascii="Arial" w:eastAsia="Arial" w:hAnsi="Arial" w:cs="Arial"/>
                <w:lang w:eastAsia="en-GB"/>
              </w:rPr>
              <w:t>Increased confidence in managing food and household budgets</w:t>
            </w:r>
          </w:p>
          <w:p w14:paraId="7DD95A8C" w14:textId="16B5D25B" w:rsidR="00771B1E" w:rsidRDefault="00771B1E" w:rsidP="00771B1E">
            <w:pPr>
              <w:tabs>
                <w:tab w:val="left" w:pos="1002"/>
              </w:tabs>
              <w:ind w:left="360"/>
              <w:rPr>
                <w:rFonts w:ascii="Arial" w:eastAsia="Arial" w:hAnsi="Arial" w:cs="Arial"/>
                <w:lang w:eastAsia="en-GB"/>
              </w:rPr>
            </w:pPr>
            <w:sdt>
              <w:sdtPr>
                <w:rPr>
                  <w:rFonts w:ascii="Arial" w:hAnsi="Arial" w:cs="Arial"/>
                  <w:lang w:val="en-GB"/>
                </w:rPr>
                <w:id w:val="889156872"/>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Pr>
                <w:rFonts w:ascii="Arial" w:hAnsi="Arial" w:cs="Arial"/>
                <w:lang w:val="en-GB"/>
              </w:rPr>
              <w:t xml:space="preserve"> </w:t>
            </w:r>
            <w:r w:rsidRPr="00AB79CA">
              <w:rPr>
                <w:rFonts w:ascii="Arial" w:eastAsia="Arial" w:hAnsi="Arial" w:cs="Arial"/>
                <w:lang w:eastAsia="en-GB"/>
              </w:rPr>
              <w:t>Reduced social isolation and improved community connection</w:t>
            </w:r>
          </w:p>
          <w:p w14:paraId="23AFBD18" w14:textId="77777777" w:rsidR="00771B1E" w:rsidRDefault="00771B1E" w:rsidP="00771B1E">
            <w:pPr>
              <w:tabs>
                <w:tab w:val="left" w:pos="1002"/>
              </w:tabs>
              <w:ind w:left="360"/>
              <w:rPr>
                <w:rFonts w:ascii="Arial" w:hAnsi="Arial" w:cs="Arial"/>
                <w:lang w:val="en-GB"/>
              </w:rPr>
            </w:pPr>
            <w:sdt>
              <w:sdtPr>
                <w:rPr>
                  <w:rFonts w:ascii="Arial" w:hAnsi="Arial" w:cs="Arial"/>
                  <w:lang w:val="en-GB"/>
                </w:rPr>
                <w:id w:val="-534577112"/>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Pr>
                <w:rFonts w:ascii="Arial" w:hAnsi="Arial" w:cs="Arial"/>
                <w:lang w:val="en-GB"/>
              </w:rPr>
              <w:t xml:space="preserve"> </w:t>
            </w:r>
            <w:r w:rsidRPr="00AB79CA">
              <w:rPr>
                <w:rFonts w:ascii="Arial" w:eastAsia="Arial" w:hAnsi="Arial" w:cs="Arial"/>
                <w:lang w:eastAsia="en-GB"/>
              </w:rPr>
              <w:t>Improved health, wellbeing and resilience</w:t>
            </w:r>
            <w:r>
              <w:rPr>
                <w:rFonts w:ascii="Arial" w:hAnsi="Arial" w:cs="Arial"/>
                <w:lang w:val="en-GB"/>
              </w:rPr>
              <w:t xml:space="preserve"> </w:t>
            </w:r>
          </w:p>
          <w:p w14:paraId="4E5B2731" w14:textId="75960CFD" w:rsidR="00771B1E" w:rsidRDefault="00771B1E" w:rsidP="00771B1E">
            <w:pPr>
              <w:tabs>
                <w:tab w:val="left" w:pos="1002"/>
              </w:tabs>
              <w:ind w:left="360"/>
              <w:rPr>
                <w:rFonts w:ascii="Arial" w:eastAsia="Arial" w:hAnsi="Arial" w:cs="Arial"/>
                <w:lang w:eastAsia="en-GB"/>
              </w:rPr>
            </w:pPr>
            <w:sdt>
              <w:sdtPr>
                <w:rPr>
                  <w:rFonts w:ascii="Arial" w:hAnsi="Arial" w:cs="Arial"/>
                  <w:lang w:val="en-GB"/>
                </w:rPr>
                <w:id w:val="1444574769"/>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Pr>
                <w:rFonts w:ascii="Arial" w:hAnsi="Arial" w:cs="Arial"/>
                <w:lang w:val="en-GB"/>
              </w:rPr>
              <w:t xml:space="preserve"> </w:t>
            </w:r>
            <w:r w:rsidRPr="00AB79CA">
              <w:rPr>
                <w:rFonts w:ascii="Arial" w:eastAsia="Arial" w:hAnsi="Arial" w:cs="Arial"/>
                <w:lang w:eastAsia="en-GB"/>
              </w:rPr>
              <w:t>Increased awareness of, and engagement with, wider community services</w:t>
            </w:r>
          </w:p>
          <w:p w14:paraId="27608C27" w14:textId="77777777" w:rsidR="00771B1E" w:rsidRPr="00771B1E" w:rsidRDefault="00771B1E" w:rsidP="00771B1E">
            <w:pPr>
              <w:spacing w:line="360" w:lineRule="auto"/>
              <w:rPr>
                <w:rFonts w:ascii="Arial" w:eastAsia="Arial" w:hAnsi="Arial" w:cs="Arial"/>
                <w:lang w:val="en-GB" w:eastAsia="en-GB"/>
              </w:rPr>
            </w:pPr>
          </w:p>
        </w:tc>
      </w:tr>
      <w:tr w:rsidR="006B3EFA" w14:paraId="4DCF8A12" w14:textId="77777777" w:rsidTr="00771B1E">
        <w:tc>
          <w:tcPr>
            <w:tcW w:w="2878" w:type="dxa"/>
          </w:tcPr>
          <w:p w14:paraId="6B9066D3" w14:textId="77777777" w:rsidR="006B3EFA" w:rsidRDefault="006B3EFA" w:rsidP="006B3EFA">
            <w:pPr>
              <w:rPr>
                <w:rFonts w:ascii="Arial" w:hAnsi="Arial" w:cs="Arial"/>
              </w:rPr>
            </w:pPr>
            <w:r>
              <w:rPr>
                <w:rFonts w:ascii="Arial" w:hAnsi="Arial" w:cs="Arial"/>
              </w:rPr>
              <w:t>Briefly outline how your project will do this (up to 250 words)</w:t>
            </w:r>
          </w:p>
          <w:p w14:paraId="50F500DF" w14:textId="6B63DE45" w:rsidR="00F71B5E" w:rsidRDefault="00F71B5E" w:rsidP="006B3EFA">
            <w:pPr>
              <w:rPr>
                <w:rFonts w:ascii="Arial" w:hAnsi="Arial" w:cs="Arial"/>
              </w:rPr>
            </w:pPr>
          </w:p>
        </w:tc>
        <w:tc>
          <w:tcPr>
            <w:tcW w:w="5752" w:type="dxa"/>
          </w:tcPr>
          <w:p w14:paraId="622F5B54" w14:textId="77777777" w:rsidR="006B3EFA" w:rsidRPr="006B3EFA" w:rsidRDefault="006B3EFA" w:rsidP="006B3EFA">
            <w:pPr>
              <w:ind w:left="360"/>
              <w:rPr>
                <w:rFonts w:ascii="Arial" w:eastAsia="Arial" w:hAnsi="Arial" w:cs="Arial"/>
                <w:lang w:val="en-GB" w:eastAsia="en-GB"/>
              </w:rPr>
            </w:pPr>
          </w:p>
        </w:tc>
      </w:tr>
      <w:tr w:rsidR="006B3EFA" w14:paraId="2C4CDA69" w14:textId="77777777" w:rsidTr="00771B1E">
        <w:tc>
          <w:tcPr>
            <w:tcW w:w="2878" w:type="dxa"/>
          </w:tcPr>
          <w:p w14:paraId="665E1D0F" w14:textId="4EB1C029" w:rsidR="006B3EFA" w:rsidRDefault="006B3EFA" w:rsidP="006B3EFA">
            <w:pPr>
              <w:rPr>
                <w:rFonts w:ascii="Arial" w:hAnsi="Arial" w:cs="Arial"/>
              </w:rPr>
            </w:pPr>
            <w:r>
              <w:rPr>
                <w:rFonts w:ascii="Arial" w:hAnsi="Arial" w:cs="Arial"/>
              </w:rPr>
              <w:t>Will your project support any of our priority groups</w:t>
            </w:r>
          </w:p>
        </w:tc>
        <w:tc>
          <w:tcPr>
            <w:tcW w:w="5752" w:type="dxa"/>
          </w:tcPr>
          <w:p w14:paraId="2215F9D7" w14:textId="6A36FCF7" w:rsidR="006B3EFA" w:rsidRDefault="00161E02" w:rsidP="006B3EFA">
            <w:pPr>
              <w:ind w:left="360"/>
              <w:rPr>
                <w:rFonts w:ascii="Arial" w:hAnsi="Arial" w:cs="Arial"/>
                <w:lang w:val="en-GB"/>
              </w:rPr>
            </w:pPr>
            <w:sdt>
              <w:sdtPr>
                <w:rPr>
                  <w:rFonts w:ascii="Arial" w:eastAsia="Arial" w:hAnsi="Arial" w:cs="Arial"/>
                  <w:lang w:val="en-GB" w:eastAsia="en-GB"/>
                </w:rPr>
                <w:id w:val="537166564"/>
                <w14:checkbox>
                  <w14:checked w14:val="0"/>
                  <w14:checkedState w14:val="2612" w14:font="MS Gothic"/>
                  <w14:uncheckedState w14:val="2610" w14:font="MS Gothic"/>
                </w14:checkbox>
              </w:sdtPr>
              <w:sdtEndPr/>
              <w:sdtContent>
                <w:r w:rsidR="006B3EFA">
                  <w:rPr>
                    <w:rFonts w:ascii="MS Gothic" w:eastAsia="MS Gothic" w:hAnsi="MS Gothic" w:cs="Arial" w:hint="eastAsia"/>
                    <w:lang w:val="en-GB" w:eastAsia="en-GB"/>
                  </w:rPr>
                  <w:t>☐</w:t>
                </w:r>
              </w:sdtContent>
            </w:sdt>
            <w:r w:rsidR="006B3EFA" w:rsidRPr="006B3EFA">
              <w:rPr>
                <w:rFonts w:ascii="Arial" w:eastAsia="Arial" w:hAnsi="Arial" w:cs="Arial"/>
                <w:lang w:val="en-GB" w:eastAsia="en-GB"/>
              </w:rPr>
              <w:t xml:space="preserve"> </w:t>
            </w:r>
            <w:r w:rsidR="006B3EFA">
              <w:rPr>
                <w:rFonts w:ascii="Arial" w:eastAsia="Arial" w:hAnsi="Arial" w:cs="Arial"/>
                <w:lang w:val="en-GB" w:eastAsia="en-GB"/>
              </w:rPr>
              <w:t>N</w:t>
            </w:r>
            <w:r w:rsidR="006B3EFA" w:rsidRPr="006B3EFA">
              <w:rPr>
                <w:rFonts w:ascii="Arial" w:hAnsi="Arial" w:cs="Arial"/>
                <w:lang w:val="en-GB"/>
              </w:rPr>
              <w:t>eurodiverse children and adults</w:t>
            </w:r>
          </w:p>
          <w:p w14:paraId="401E697F" w14:textId="417765EB" w:rsidR="006B3EFA" w:rsidRDefault="00161E02" w:rsidP="006B3EFA">
            <w:pPr>
              <w:tabs>
                <w:tab w:val="left" w:pos="1002"/>
              </w:tabs>
              <w:ind w:left="360"/>
              <w:rPr>
                <w:rFonts w:ascii="Arial" w:hAnsi="Arial" w:cs="Arial"/>
                <w:lang w:val="en-GB"/>
              </w:rPr>
            </w:pPr>
            <w:sdt>
              <w:sdtPr>
                <w:rPr>
                  <w:rFonts w:ascii="Arial" w:hAnsi="Arial" w:cs="Arial"/>
                  <w:lang w:val="en-GB"/>
                </w:rPr>
                <w:id w:val="-792676583"/>
                <w14:checkbox>
                  <w14:checked w14:val="0"/>
                  <w14:checkedState w14:val="2612" w14:font="MS Gothic"/>
                  <w14:uncheckedState w14:val="2610" w14:font="MS Gothic"/>
                </w14:checkbox>
              </w:sdtPr>
              <w:sdtEndPr/>
              <w:sdtContent>
                <w:r w:rsidR="006B3EFA">
                  <w:rPr>
                    <w:rFonts w:ascii="MS Gothic" w:eastAsia="MS Gothic" w:hAnsi="MS Gothic" w:cs="Arial" w:hint="eastAsia"/>
                    <w:lang w:val="en-GB"/>
                  </w:rPr>
                  <w:t>☐</w:t>
                </w:r>
              </w:sdtContent>
            </w:sdt>
            <w:r w:rsidR="006B3EFA">
              <w:rPr>
                <w:rFonts w:hint="eastAsia"/>
              </w:rPr>
              <w:t xml:space="preserve"> </w:t>
            </w:r>
            <w:r w:rsidR="006B3EFA" w:rsidRPr="006B3EFA">
              <w:rPr>
                <w:rFonts w:ascii="Arial" w:hAnsi="Arial" w:cs="Arial"/>
                <w:lang w:val="en-GB"/>
              </w:rPr>
              <w:t>Older people</w:t>
            </w:r>
            <w:r w:rsidR="006B3EFA">
              <w:rPr>
                <w:rFonts w:ascii="Arial" w:hAnsi="Arial" w:cs="Arial"/>
                <w:lang w:val="en-GB"/>
              </w:rPr>
              <w:tab/>
            </w:r>
          </w:p>
          <w:p w14:paraId="69C21669" w14:textId="7228B846" w:rsidR="006B3EFA" w:rsidRDefault="00161E02" w:rsidP="006B3EFA">
            <w:pPr>
              <w:tabs>
                <w:tab w:val="left" w:pos="1002"/>
              </w:tabs>
              <w:ind w:left="360"/>
              <w:rPr>
                <w:rFonts w:ascii="Arial" w:hAnsi="Arial" w:cs="Arial"/>
                <w:lang w:val="en-GB"/>
              </w:rPr>
            </w:pPr>
            <w:sdt>
              <w:sdtPr>
                <w:rPr>
                  <w:rFonts w:ascii="Arial" w:hAnsi="Arial" w:cs="Arial"/>
                  <w:lang w:val="en-GB"/>
                </w:rPr>
                <w:id w:val="-1919546253"/>
                <w14:checkbox>
                  <w14:checked w14:val="0"/>
                  <w14:checkedState w14:val="2612" w14:font="MS Gothic"/>
                  <w14:uncheckedState w14:val="2610" w14:font="MS Gothic"/>
                </w14:checkbox>
              </w:sdtPr>
              <w:sdtEndPr/>
              <w:sdtContent>
                <w:r w:rsidR="006B3EFA">
                  <w:rPr>
                    <w:rFonts w:ascii="MS Gothic" w:eastAsia="MS Gothic" w:hAnsi="MS Gothic" w:cs="Arial" w:hint="eastAsia"/>
                    <w:lang w:val="en-GB"/>
                  </w:rPr>
                  <w:t>☐</w:t>
                </w:r>
              </w:sdtContent>
            </w:sdt>
            <w:r w:rsidR="006B3EFA">
              <w:rPr>
                <w:rFonts w:ascii="Arial" w:hAnsi="Arial" w:cs="Arial"/>
                <w:lang w:val="en-GB"/>
              </w:rPr>
              <w:t xml:space="preserve"> P</w:t>
            </w:r>
            <w:r w:rsidR="006B3EFA" w:rsidRPr="006B3EFA">
              <w:rPr>
                <w:rFonts w:ascii="Arial" w:hAnsi="Arial" w:cs="Arial"/>
                <w:lang w:val="en-GB"/>
              </w:rPr>
              <w:t>eople experiencing loneliness or bereavement</w:t>
            </w:r>
          </w:p>
          <w:p w14:paraId="55E29BDA" w14:textId="4FBD95A8" w:rsidR="006B3EFA" w:rsidRDefault="00161E02" w:rsidP="006B3EFA">
            <w:pPr>
              <w:tabs>
                <w:tab w:val="left" w:pos="1002"/>
              </w:tabs>
              <w:ind w:left="360"/>
              <w:rPr>
                <w:rFonts w:ascii="Arial" w:hAnsi="Arial" w:cs="Arial"/>
                <w:lang w:val="en-GB"/>
              </w:rPr>
            </w:pPr>
            <w:sdt>
              <w:sdtPr>
                <w:rPr>
                  <w:rFonts w:ascii="Arial" w:hAnsi="Arial" w:cs="Arial"/>
                  <w:lang w:val="en-GB"/>
                </w:rPr>
                <w:id w:val="-299845210"/>
                <w14:checkbox>
                  <w14:checked w14:val="0"/>
                  <w14:checkedState w14:val="2612" w14:font="MS Gothic"/>
                  <w14:uncheckedState w14:val="2610" w14:font="MS Gothic"/>
                </w14:checkbox>
              </w:sdtPr>
              <w:sdtEndPr/>
              <w:sdtContent>
                <w:r w:rsidR="006B3EFA">
                  <w:rPr>
                    <w:rFonts w:ascii="MS Gothic" w:eastAsia="MS Gothic" w:hAnsi="MS Gothic" w:cs="Arial" w:hint="eastAsia"/>
                    <w:lang w:val="en-GB"/>
                  </w:rPr>
                  <w:t>☐</w:t>
                </w:r>
              </w:sdtContent>
            </w:sdt>
            <w:r w:rsidR="006B3EFA">
              <w:rPr>
                <w:rFonts w:ascii="Arial" w:hAnsi="Arial" w:cs="Arial"/>
                <w:lang w:val="en-GB"/>
              </w:rPr>
              <w:t xml:space="preserve"> P</w:t>
            </w:r>
            <w:r w:rsidR="006B3EFA" w:rsidRPr="006B3EFA">
              <w:rPr>
                <w:rFonts w:ascii="Arial" w:hAnsi="Arial" w:cs="Arial"/>
                <w:lang w:val="en-GB"/>
              </w:rPr>
              <w:t>eople suffering with mental health challenges, including anxiety and PTSD</w:t>
            </w:r>
          </w:p>
          <w:p w14:paraId="7181CEA3" w14:textId="00A7C525" w:rsidR="006B3EFA" w:rsidRDefault="00161E02" w:rsidP="006B3EFA">
            <w:pPr>
              <w:tabs>
                <w:tab w:val="left" w:pos="1002"/>
              </w:tabs>
              <w:ind w:left="360"/>
              <w:rPr>
                <w:rFonts w:ascii="Arial" w:hAnsi="Arial" w:cs="Arial"/>
                <w:lang w:val="en-GB"/>
              </w:rPr>
            </w:pPr>
            <w:sdt>
              <w:sdtPr>
                <w:rPr>
                  <w:rFonts w:ascii="Arial" w:hAnsi="Arial" w:cs="Arial"/>
                  <w:lang w:val="en-GB"/>
                </w:rPr>
                <w:id w:val="-2117045336"/>
                <w14:checkbox>
                  <w14:checked w14:val="0"/>
                  <w14:checkedState w14:val="2612" w14:font="MS Gothic"/>
                  <w14:uncheckedState w14:val="2610" w14:font="MS Gothic"/>
                </w14:checkbox>
              </w:sdtPr>
              <w:sdtEndPr/>
              <w:sdtContent>
                <w:r w:rsidR="006B3EFA">
                  <w:rPr>
                    <w:rFonts w:ascii="MS Gothic" w:eastAsia="MS Gothic" w:hAnsi="MS Gothic" w:cs="Arial" w:hint="eastAsia"/>
                    <w:lang w:val="en-GB"/>
                  </w:rPr>
                  <w:t>☐</w:t>
                </w:r>
              </w:sdtContent>
            </w:sdt>
            <w:r w:rsidR="006B3EFA">
              <w:rPr>
                <w:rFonts w:ascii="Arial" w:hAnsi="Arial" w:cs="Arial"/>
                <w:lang w:val="en-GB"/>
              </w:rPr>
              <w:t xml:space="preserve"> M</w:t>
            </w:r>
            <w:r w:rsidR="006B3EFA" w:rsidRPr="006B3EFA">
              <w:rPr>
                <w:rFonts w:ascii="Arial" w:hAnsi="Arial" w:cs="Arial"/>
                <w:lang w:val="en-GB"/>
              </w:rPr>
              <w:t>inoritised ethnic groups and multicultural communities</w:t>
            </w:r>
          </w:p>
          <w:p w14:paraId="438DA702" w14:textId="1645FD31" w:rsidR="006B3EFA" w:rsidRPr="006B3EFA" w:rsidRDefault="00161E02" w:rsidP="006B3EFA">
            <w:pPr>
              <w:tabs>
                <w:tab w:val="left" w:pos="1002"/>
              </w:tabs>
              <w:ind w:left="360"/>
              <w:rPr>
                <w:rFonts w:ascii="Arial" w:hAnsi="Arial" w:cs="Arial"/>
                <w:lang w:val="en-GB"/>
              </w:rPr>
            </w:pPr>
            <w:sdt>
              <w:sdtPr>
                <w:rPr>
                  <w:rFonts w:ascii="Arial" w:hAnsi="Arial" w:cs="Arial"/>
                  <w:lang w:val="en-GB"/>
                </w:rPr>
                <w:id w:val="821473145"/>
                <w14:checkbox>
                  <w14:checked w14:val="0"/>
                  <w14:checkedState w14:val="2612" w14:font="MS Gothic"/>
                  <w14:uncheckedState w14:val="2610" w14:font="MS Gothic"/>
                </w14:checkbox>
              </w:sdtPr>
              <w:sdtEndPr/>
              <w:sdtContent>
                <w:r w:rsidR="006B3EFA">
                  <w:rPr>
                    <w:rFonts w:ascii="MS Gothic" w:eastAsia="MS Gothic" w:hAnsi="MS Gothic" w:cs="Arial" w:hint="eastAsia"/>
                    <w:lang w:val="en-GB"/>
                  </w:rPr>
                  <w:t>☐</w:t>
                </w:r>
              </w:sdtContent>
            </w:sdt>
            <w:r w:rsidR="006B3EFA">
              <w:rPr>
                <w:rFonts w:ascii="Arial" w:hAnsi="Arial" w:cs="Arial"/>
                <w:lang w:val="en-GB"/>
              </w:rPr>
              <w:t xml:space="preserve"> T</w:t>
            </w:r>
            <w:r w:rsidR="006B3EFA" w:rsidRPr="006B3EFA">
              <w:rPr>
                <w:rFonts w:ascii="Arial" w:hAnsi="Arial" w:cs="Arial"/>
                <w:lang w:val="en-GB"/>
              </w:rPr>
              <w:t>hose with specific dietary needs or diet related illnesses</w:t>
            </w:r>
          </w:p>
        </w:tc>
      </w:tr>
      <w:tr w:rsidR="00F71B5E" w14:paraId="301E5719" w14:textId="77777777" w:rsidTr="00771B1E">
        <w:tc>
          <w:tcPr>
            <w:tcW w:w="2878" w:type="dxa"/>
          </w:tcPr>
          <w:p w14:paraId="1394296D" w14:textId="77777777" w:rsidR="00F71B5E" w:rsidRDefault="00F71B5E" w:rsidP="006B3EFA">
            <w:pPr>
              <w:rPr>
                <w:rFonts w:ascii="Arial" w:hAnsi="Arial" w:cs="Arial"/>
              </w:rPr>
            </w:pPr>
            <w:r w:rsidRPr="00F71B5E">
              <w:rPr>
                <w:rFonts w:ascii="Arial" w:hAnsi="Arial" w:cs="Arial"/>
              </w:rPr>
              <w:t xml:space="preserve">If your application is successful what do you think the impact of this </w:t>
            </w:r>
            <w:r w:rsidRPr="00F71B5E">
              <w:rPr>
                <w:rFonts w:ascii="Arial" w:hAnsi="Arial" w:cs="Arial"/>
              </w:rPr>
              <w:lastRenderedPageBreak/>
              <w:t>funding will be? How will you measure and record the impact?</w:t>
            </w:r>
          </w:p>
          <w:p w14:paraId="42805065" w14:textId="77777777" w:rsidR="00771B1E" w:rsidRDefault="00771B1E" w:rsidP="006B3EFA">
            <w:pPr>
              <w:rPr>
                <w:rFonts w:ascii="Arial" w:hAnsi="Arial" w:cs="Arial"/>
              </w:rPr>
            </w:pPr>
          </w:p>
          <w:p w14:paraId="3F349B8D" w14:textId="14A0CFE0" w:rsidR="00771B1E" w:rsidRDefault="00771B1E" w:rsidP="006B3EFA">
            <w:pPr>
              <w:rPr>
                <w:rFonts w:ascii="Arial" w:hAnsi="Arial" w:cs="Arial"/>
              </w:rPr>
            </w:pPr>
            <w:r w:rsidRPr="00771B1E">
              <w:rPr>
                <w:rFonts w:ascii="Arial" w:hAnsi="Arial" w:cs="Arial"/>
              </w:rPr>
              <w:t>Successful applicants will be required to provide a short end-of-project report outlining how funding was spent and the outcomes achieved. Further guidance on monitoring requirements will be provided to successful applicants and will include information relating to food access, financial resilience, advice and support, community connection and wellbeing.</w:t>
            </w:r>
          </w:p>
          <w:p w14:paraId="17095F6E" w14:textId="3543C033" w:rsidR="00F71B5E" w:rsidRDefault="00F71B5E" w:rsidP="006B3EFA">
            <w:pPr>
              <w:rPr>
                <w:rFonts w:ascii="Arial" w:hAnsi="Arial" w:cs="Arial"/>
              </w:rPr>
            </w:pPr>
          </w:p>
        </w:tc>
        <w:tc>
          <w:tcPr>
            <w:tcW w:w="5752" w:type="dxa"/>
          </w:tcPr>
          <w:p w14:paraId="5D9ECCA9" w14:textId="77777777" w:rsidR="00F71B5E" w:rsidRPr="006B3EFA" w:rsidRDefault="00F71B5E" w:rsidP="006B3EFA">
            <w:pPr>
              <w:ind w:left="360"/>
              <w:rPr>
                <w:rFonts w:ascii="Arial" w:eastAsia="Arial" w:hAnsi="Arial" w:cs="Arial"/>
                <w:lang w:val="en-GB" w:eastAsia="en-GB"/>
              </w:rPr>
            </w:pPr>
          </w:p>
        </w:tc>
      </w:tr>
      <w:tr w:rsidR="00F71B5E" w14:paraId="1A6A32EE" w14:textId="77777777" w:rsidTr="00771B1E">
        <w:tc>
          <w:tcPr>
            <w:tcW w:w="2878" w:type="dxa"/>
          </w:tcPr>
          <w:p w14:paraId="205F5D76" w14:textId="77777777" w:rsidR="00F71B5E" w:rsidRDefault="00F71B5E" w:rsidP="00F71B5E">
            <w:pPr>
              <w:rPr>
                <w:rFonts w:ascii="Arial" w:hAnsi="Arial" w:cs="Arial"/>
              </w:rPr>
            </w:pPr>
            <w:r>
              <w:rPr>
                <w:rFonts w:ascii="Arial" w:hAnsi="Arial" w:cs="Arial"/>
              </w:rPr>
              <w:t xml:space="preserve">Any other supporting information (up to </w:t>
            </w:r>
            <w:r w:rsidRPr="00F71B5E">
              <w:rPr>
                <w:rFonts w:ascii="Arial" w:hAnsi="Arial" w:cs="Arial"/>
              </w:rPr>
              <w:t>2</w:t>
            </w:r>
            <w:r>
              <w:rPr>
                <w:rFonts w:ascii="Arial" w:hAnsi="Arial" w:cs="Arial"/>
              </w:rPr>
              <w:t>5</w:t>
            </w:r>
            <w:r w:rsidRPr="00F71B5E">
              <w:rPr>
                <w:rFonts w:ascii="Arial" w:hAnsi="Arial" w:cs="Arial"/>
              </w:rPr>
              <w:t>0 words</w:t>
            </w:r>
            <w:r>
              <w:rPr>
                <w:rFonts w:ascii="Arial" w:hAnsi="Arial" w:cs="Arial"/>
              </w:rPr>
              <w:t>)</w:t>
            </w:r>
          </w:p>
          <w:p w14:paraId="3B2F1E49" w14:textId="7D255F87" w:rsidR="00F71B5E" w:rsidRPr="00F71B5E" w:rsidRDefault="00F71B5E" w:rsidP="00F71B5E">
            <w:pPr>
              <w:rPr>
                <w:rFonts w:ascii="Arial" w:hAnsi="Arial" w:cs="Arial"/>
              </w:rPr>
            </w:pPr>
          </w:p>
        </w:tc>
        <w:tc>
          <w:tcPr>
            <w:tcW w:w="5752" w:type="dxa"/>
          </w:tcPr>
          <w:p w14:paraId="19A99949" w14:textId="77777777" w:rsidR="00F71B5E" w:rsidRPr="006B3EFA" w:rsidRDefault="00F71B5E" w:rsidP="006B3EFA">
            <w:pPr>
              <w:ind w:left="360"/>
              <w:rPr>
                <w:rFonts w:ascii="Arial" w:eastAsia="Arial" w:hAnsi="Arial" w:cs="Arial"/>
                <w:lang w:val="en-GB" w:eastAsia="en-GB"/>
              </w:rPr>
            </w:pPr>
          </w:p>
        </w:tc>
      </w:tr>
    </w:tbl>
    <w:p w14:paraId="0309AB1A" w14:textId="77777777" w:rsidR="006B3EFA" w:rsidRDefault="006B3EFA" w:rsidP="006B3EFA">
      <w:pPr>
        <w:rPr>
          <w:rFonts w:ascii="Arial" w:hAnsi="Arial" w:cs="Arial"/>
        </w:rPr>
      </w:pPr>
    </w:p>
    <w:p w14:paraId="7EB9F129" w14:textId="77777777" w:rsidR="00F71B5E" w:rsidRPr="00771B1E" w:rsidRDefault="00F71B5E" w:rsidP="00F71B5E">
      <w:pPr>
        <w:rPr>
          <w:rFonts w:ascii="Arial" w:hAnsi="Arial" w:cs="Arial"/>
          <w:b/>
          <w:bCs/>
          <w:sz w:val="24"/>
          <w:szCs w:val="24"/>
        </w:rPr>
      </w:pPr>
      <w:r w:rsidRPr="00771B1E">
        <w:rPr>
          <w:rFonts w:ascii="Arial" w:hAnsi="Arial" w:cs="Arial"/>
          <w:b/>
          <w:bCs/>
          <w:sz w:val="24"/>
          <w:szCs w:val="24"/>
        </w:rPr>
        <w:t>Community Grants Charter</w:t>
      </w:r>
    </w:p>
    <w:p w14:paraId="3E65BA1D" w14:textId="5BC5B417" w:rsidR="00F71B5E" w:rsidRPr="00F71B5E" w:rsidRDefault="00F71B5E" w:rsidP="00F71B5E">
      <w:pPr>
        <w:rPr>
          <w:rFonts w:ascii="Arial" w:hAnsi="Arial" w:cs="Arial"/>
        </w:rPr>
      </w:pPr>
      <w:r w:rsidRPr="00F71B5E">
        <w:rPr>
          <w:rFonts w:ascii="Arial" w:hAnsi="Arial" w:cs="Arial"/>
        </w:rPr>
        <w:t xml:space="preserve">This Charter has been co-designed with people with lived experience </w:t>
      </w:r>
      <w:r w:rsidR="00771B1E">
        <w:rPr>
          <w:rFonts w:ascii="Arial" w:hAnsi="Arial" w:cs="Arial"/>
        </w:rPr>
        <w:t xml:space="preserve">of financial insecurity </w:t>
      </w:r>
      <w:r w:rsidRPr="00F71B5E">
        <w:rPr>
          <w:rFonts w:ascii="Arial" w:hAnsi="Arial" w:cs="Arial"/>
        </w:rPr>
        <w:t xml:space="preserve">through the Pinch Points project. By applying to the Lewes District Food Partnership Community Small Grants </w:t>
      </w:r>
      <w:proofErr w:type="spellStart"/>
      <w:r w:rsidRPr="00F71B5E">
        <w:rPr>
          <w:rFonts w:ascii="Arial" w:hAnsi="Arial" w:cs="Arial"/>
        </w:rPr>
        <w:t>Programme</w:t>
      </w:r>
      <w:proofErr w:type="spellEnd"/>
      <w:r w:rsidRPr="00F71B5E">
        <w:rPr>
          <w:rFonts w:ascii="Arial" w:hAnsi="Arial" w:cs="Arial"/>
        </w:rPr>
        <w:t>, we agree to deliver projects that are welcoming, respectful, and shaped by the people who use them.</w:t>
      </w:r>
    </w:p>
    <w:p w14:paraId="5FA1CD10" w14:textId="77777777" w:rsidR="00F71B5E" w:rsidRPr="00F71B5E" w:rsidRDefault="00F71B5E" w:rsidP="00F71B5E">
      <w:pPr>
        <w:rPr>
          <w:rFonts w:ascii="Arial" w:hAnsi="Arial" w:cs="Arial"/>
        </w:rPr>
      </w:pPr>
      <w:r w:rsidRPr="00F71B5E">
        <w:rPr>
          <w:rFonts w:ascii="Arial" w:hAnsi="Arial" w:cs="Arial"/>
        </w:rPr>
        <w:t>We will:</w:t>
      </w:r>
    </w:p>
    <w:p w14:paraId="5D44D98B" w14:textId="77777777" w:rsidR="00F71B5E" w:rsidRPr="00F71B5E" w:rsidRDefault="00F71B5E" w:rsidP="00F71B5E">
      <w:pPr>
        <w:rPr>
          <w:rFonts w:ascii="Arial" w:hAnsi="Arial" w:cs="Arial"/>
          <w:b/>
          <w:bCs/>
        </w:rPr>
      </w:pPr>
      <w:r w:rsidRPr="00F71B5E">
        <w:rPr>
          <w:rFonts w:ascii="Segoe UI Emoji" w:hAnsi="Segoe UI Emoji" w:cs="Segoe UI Emoji"/>
          <w:b/>
          <w:bCs/>
        </w:rPr>
        <w:t>✅</w:t>
      </w:r>
      <w:r w:rsidRPr="00F71B5E">
        <w:rPr>
          <w:rFonts w:ascii="Arial" w:hAnsi="Arial" w:cs="Arial"/>
          <w:b/>
          <w:bCs/>
        </w:rPr>
        <w:t xml:space="preserve"> Be welcoming and inclusive</w:t>
      </w:r>
    </w:p>
    <w:p w14:paraId="355A9791" w14:textId="77777777" w:rsidR="00F71B5E" w:rsidRPr="00F71B5E" w:rsidRDefault="00F71B5E" w:rsidP="00F71B5E">
      <w:pPr>
        <w:rPr>
          <w:rFonts w:ascii="Arial" w:hAnsi="Arial" w:cs="Arial"/>
        </w:rPr>
      </w:pPr>
      <w:r w:rsidRPr="00F71B5E">
        <w:rPr>
          <w:rFonts w:ascii="Arial" w:hAnsi="Arial" w:cs="Arial"/>
        </w:rPr>
        <w:t>We will create spaces where everyone is welcome and are greeted and supported to feel comfortable and included from the moment they arrive.</w:t>
      </w:r>
    </w:p>
    <w:p w14:paraId="6F7568FE" w14:textId="77777777" w:rsidR="00F71B5E" w:rsidRPr="00F71B5E" w:rsidRDefault="00F71B5E" w:rsidP="00F71B5E">
      <w:pPr>
        <w:rPr>
          <w:rFonts w:ascii="Arial" w:hAnsi="Arial" w:cs="Arial"/>
          <w:b/>
          <w:bCs/>
        </w:rPr>
      </w:pPr>
      <w:r w:rsidRPr="00F71B5E">
        <w:rPr>
          <w:rFonts w:ascii="Segoe UI Emoji" w:hAnsi="Segoe UI Emoji" w:cs="Segoe UI Emoji"/>
          <w:b/>
          <w:bCs/>
        </w:rPr>
        <w:t>✅</w:t>
      </w:r>
      <w:r w:rsidRPr="00F71B5E">
        <w:rPr>
          <w:rFonts w:ascii="Arial" w:hAnsi="Arial" w:cs="Arial"/>
          <w:b/>
          <w:bCs/>
        </w:rPr>
        <w:t xml:space="preserve"> Offer choice and dignity</w:t>
      </w:r>
    </w:p>
    <w:p w14:paraId="0649D7E1" w14:textId="77777777" w:rsidR="00F71B5E" w:rsidRPr="00F71B5E" w:rsidRDefault="00F71B5E" w:rsidP="00F71B5E">
      <w:pPr>
        <w:rPr>
          <w:rFonts w:ascii="Arial" w:hAnsi="Arial" w:cs="Arial"/>
        </w:rPr>
      </w:pPr>
      <w:r w:rsidRPr="00F71B5E">
        <w:rPr>
          <w:rFonts w:ascii="Arial" w:hAnsi="Arial" w:cs="Arial"/>
        </w:rPr>
        <w:t>We will provide food and activities that respect individual needs, and ensure people can take part in ways that work for them.</w:t>
      </w:r>
    </w:p>
    <w:p w14:paraId="59EB931A" w14:textId="77777777" w:rsidR="00F71B5E" w:rsidRPr="00F71B5E" w:rsidRDefault="00F71B5E" w:rsidP="00F71B5E">
      <w:pPr>
        <w:rPr>
          <w:rFonts w:ascii="Arial" w:hAnsi="Arial" w:cs="Arial"/>
          <w:b/>
          <w:bCs/>
        </w:rPr>
      </w:pPr>
      <w:r w:rsidRPr="00F71B5E">
        <w:rPr>
          <w:rFonts w:ascii="Segoe UI Emoji" w:hAnsi="Segoe UI Emoji" w:cs="Segoe UI Emoji"/>
          <w:b/>
          <w:bCs/>
        </w:rPr>
        <w:t>✅</w:t>
      </w:r>
      <w:r w:rsidRPr="00F71B5E">
        <w:rPr>
          <w:rFonts w:ascii="Arial" w:hAnsi="Arial" w:cs="Arial"/>
          <w:b/>
          <w:bCs/>
        </w:rPr>
        <w:t xml:space="preserve"> Create safe, trusting environments</w:t>
      </w:r>
    </w:p>
    <w:p w14:paraId="2BE54E2F" w14:textId="77777777" w:rsidR="00771B1E" w:rsidRDefault="00771B1E" w:rsidP="00F71B5E">
      <w:pPr>
        <w:rPr>
          <w:rFonts w:ascii="Arial" w:hAnsi="Arial" w:cs="Arial"/>
        </w:rPr>
      </w:pPr>
    </w:p>
    <w:p w14:paraId="3D772769" w14:textId="3830316F" w:rsidR="00F71B5E" w:rsidRPr="00F71B5E" w:rsidRDefault="00F71B5E" w:rsidP="00F71B5E">
      <w:pPr>
        <w:rPr>
          <w:rFonts w:ascii="Arial" w:hAnsi="Arial" w:cs="Arial"/>
        </w:rPr>
      </w:pPr>
      <w:r w:rsidRPr="00F71B5E">
        <w:rPr>
          <w:rFonts w:ascii="Arial" w:hAnsi="Arial" w:cs="Arial"/>
        </w:rPr>
        <w:t xml:space="preserve">We will </w:t>
      </w:r>
      <w:proofErr w:type="spellStart"/>
      <w:r w:rsidRPr="00F71B5E">
        <w:rPr>
          <w:rFonts w:ascii="Arial" w:hAnsi="Arial" w:cs="Arial"/>
        </w:rPr>
        <w:t>prioritise</w:t>
      </w:r>
      <w:proofErr w:type="spellEnd"/>
      <w:r w:rsidRPr="00F71B5E">
        <w:rPr>
          <w:rFonts w:ascii="Arial" w:hAnsi="Arial" w:cs="Arial"/>
        </w:rPr>
        <w:t xml:space="preserve"> wellbeing, confidentiality, and respectful, </w:t>
      </w:r>
      <w:proofErr w:type="spellStart"/>
      <w:r w:rsidRPr="00F71B5E">
        <w:rPr>
          <w:rFonts w:ascii="Arial" w:hAnsi="Arial" w:cs="Arial"/>
        </w:rPr>
        <w:t>non-judgemental</w:t>
      </w:r>
      <w:proofErr w:type="spellEnd"/>
      <w:r w:rsidRPr="00F71B5E">
        <w:rPr>
          <w:rFonts w:ascii="Arial" w:hAnsi="Arial" w:cs="Arial"/>
        </w:rPr>
        <w:t xml:space="preserve"> support.</w:t>
      </w:r>
    </w:p>
    <w:p w14:paraId="1F2FAE41" w14:textId="77777777" w:rsidR="00F71B5E" w:rsidRPr="00F71B5E" w:rsidRDefault="00F71B5E" w:rsidP="00F71B5E">
      <w:pPr>
        <w:rPr>
          <w:rFonts w:ascii="Arial" w:hAnsi="Arial" w:cs="Arial"/>
          <w:b/>
          <w:bCs/>
        </w:rPr>
      </w:pPr>
      <w:r w:rsidRPr="00F71B5E">
        <w:rPr>
          <w:rFonts w:ascii="Segoe UI Emoji" w:hAnsi="Segoe UI Emoji" w:cs="Segoe UI Emoji"/>
          <w:b/>
          <w:bCs/>
        </w:rPr>
        <w:t>✅</w:t>
      </w:r>
      <w:r w:rsidRPr="00F71B5E">
        <w:rPr>
          <w:rFonts w:ascii="Arial" w:hAnsi="Arial" w:cs="Arial"/>
          <w:b/>
          <w:bCs/>
        </w:rPr>
        <w:t xml:space="preserve"> Listen and involve people</w:t>
      </w:r>
    </w:p>
    <w:p w14:paraId="033CB58E" w14:textId="77777777" w:rsidR="00F71B5E" w:rsidRPr="00F71B5E" w:rsidRDefault="00F71B5E" w:rsidP="00F71B5E">
      <w:pPr>
        <w:rPr>
          <w:rFonts w:ascii="Arial" w:hAnsi="Arial" w:cs="Arial"/>
        </w:rPr>
      </w:pPr>
      <w:r w:rsidRPr="00F71B5E">
        <w:rPr>
          <w:rFonts w:ascii="Arial" w:hAnsi="Arial" w:cs="Arial"/>
        </w:rPr>
        <w:t>We will involve people in shaping and improving services, and use feedback to guide how we work.</w:t>
      </w:r>
    </w:p>
    <w:p w14:paraId="4B0DB611" w14:textId="77777777" w:rsidR="00F71B5E" w:rsidRPr="00F71B5E" w:rsidRDefault="00F71B5E" w:rsidP="00F71B5E">
      <w:pPr>
        <w:rPr>
          <w:rFonts w:ascii="Arial" w:hAnsi="Arial" w:cs="Arial"/>
          <w:b/>
          <w:bCs/>
        </w:rPr>
      </w:pPr>
      <w:r w:rsidRPr="00F71B5E">
        <w:rPr>
          <w:rFonts w:ascii="Segoe UI Emoji" w:hAnsi="Segoe UI Emoji" w:cs="Segoe UI Emoji"/>
          <w:b/>
          <w:bCs/>
        </w:rPr>
        <w:t>✅</w:t>
      </w:r>
      <w:r w:rsidRPr="00F71B5E">
        <w:rPr>
          <w:rFonts w:ascii="Arial" w:hAnsi="Arial" w:cs="Arial"/>
          <w:b/>
          <w:bCs/>
        </w:rPr>
        <w:t xml:space="preserve"> Be open and accountable</w:t>
      </w:r>
    </w:p>
    <w:p w14:paraId="680E8DD5" w14:textId="77777777" w:rsidR="00F71B5E" w:rsidRPr="00F71B5E" w:rsidRDefault="00F71B5E" w:rsidP="00F71B5E">
      <w:pPr>
        <w:rPr>
          <w:rFonts w:ascii="Arial" w:hAnsi="Arial" w:cs="Arial"/>
        </w:rPr>
      </w:pPr>
      <w:r w:rsidRPr="00F71B5E">
        <w:rPr>
          <w:rFonts w:ascii="Arial" w:hAnsi="Arial" w:cs="Arial"/>
        </w:rPr>
        <w:t>We will be clear, honest, and transparent about what we do and how we do it.</w:t>
      </w:r>
    </w:p>
    <w:p w14:paraId="11640530" w14:textId="77777777" w:rsidR="00F71B5E" w:rsidRPr="00F71B5E" w:rsidRDefault="00F71B5E" w:rsidP="00F71B5E">
      <w:pPr>
        <w:rPr>
          <w:rFonts w:ascii="Arial" w:hAnsi="Arial" w:cs="Arial"/>
          <w:b/>
          <w:bCs/>
        </w:rPr>
      </w:pPr>
      <w:r w:rsidRPr="00F71B5E">
        <w:rPr>
          <w:rFonts w:ascii="Segoe UI Emoji" w:hAnsi="Segoe UI Emoji" w:cs="Segoe UI Emoji"/>
          <w:b/>
          <w:bCs/>
        </w:rPr>
        <w:t>✅</w:t>
      </w:r>
      <w:r w:rsidRPr="00F71B5E">
        <w:rPr>
          <w:rFonts w:ascii="Arial" w:hAnsi="Arial" w:cs="Arial"/>
          <w:b/>
          <w:bCs/>
        </w:rPr>
        <w:t xml:space="preserve"> Support and train our teams</w:t>
      </w:r>
    </w:p>
    <w:p w14:paraId="4527CFFD" w14:textId="77777777" w:rsidR="00F71B5E" w:rsidRPr="00F71B5E" w:rsidRDefault="00F71B5E" w:rsidP="00F71B5E">
      <w:pPr>
        <w:rPr>
          <w:rFonts w:ascii="Arial" w:hAnsi="Arial" w:cs="Arial"/>
        </w:rPr>
      </w:pPr>
      <w:r w:rsidRPr="00F71B5E">
        <w:rPr>
          <w:rFonts w:ascii="Arial" w:hAnsi="Arial" w:cs="Arial"/>
        </w:rPr>
        <w:t>We will ensure staff and volunteers are well trained, including in safeguarding and inclusive practice.</w:t>
      </w:r>
    </w:p>
    <w:p w14:paraId="2362F6AD" w14:textId="77777777" w:rsidR="00F71B5E" w:rsidRPr="00F71B5E" w:rsidRDefault="00F71B5E" w:rsidP="00F71B5E">
      <w:pPr>
        <w:rPr>
          <w:rFonts w:ascii="Arial" w:hAnsi="Arial" w:cs="Arial"/>
          <w:b/>
          <w:bCs/>
        </w:rPr>
      </w:pPr>
      <w:r w:rsidRPr="00F71B5E">
        <w:rPr>
          <w:rFonts w:ascii="Segoe UI Emoji" w:hAnsi="Segoe UI Emoji" w:cs="Segoe UI Emoji"/>
          <w:b/>
          <w:bCs/>
        </w:rPr>
        <w:t>✅</w:t>
      </w:r>
      <w:r w:rsidRPr="00F71B5E">
        <w:rPr>
          <w:rFonts w:ascii="Arial" w:hAnsi="Arial" w:cs="Arial"/>
          <w:b/>
          <w:bCs/>
        </w:rPr>
        <w:t xml:space="preserve"> Focus on wellbeing and hope</w:t>
      </w:r>
    </w:p>
    <w:p w14:paraId="06624F6E" w14:textId="269E158E" w:rsidR="006B3EFA" w:rsidRDefault="00F71B5E" w:rsidP="00F71B5E">
      <w:pPr>
        <w:rPr>
          <w:rFonts w:ascii="Arial" w:hAnsi="Arial" w:cs="Arial"/>
        </w:rPr>
      </w:pPr>
      <w:r w:rsidRPr="00F71B5E">
        <w:rPr>
          <w:rFonts w:ascii="Arial" w:hAnsi="Arial" w:cs="Arial"/>
        </w:rPr>
        <w:t>We will aim to create positive spaces that build confidence, connection, and hope for the future.</w:t>
      </w:r>
    </w:p>
    <w:p w14:paraId="405768C6" w14:textId="77777777" w:rsidR="006B3EFA" w:rsidRPr="006B3EFA" w:rsidRDefault="006B3EFA" w:rsidP="006B3EFA">
      <w:pPr>
        <w:rPr>
          <w:rFonts w:ascii="Arial" w:hAnsi="Arial" w:cs="Arial"/>
        </w:rPr>
      </w:pPr>
      <w:r w:rsidRPr="006B3EFA">
        <w:rPr>
          <w:rFonts w:ascii="Arial" w:hAnsi="Arial" w:cs="Arial"/>
        </w:rPr>
        <w:t>Name: __________________________________________</w:t>
      </w:r>
    </w:p>
    <w:p w14:paraId="079509A3" w14:textId="77777777" w:rsidR="00F71B5E" w:rsidRDefault="006B3EFA" w:rsidP="006B3EFA">
      <w:pPr>
        <w:rPr>
          <w:rFonts w:ascii="Arial" w:hAnsi="Arial" w:cs="Arial"/>
        </w:rPr>
      </w:pPr>
      <w:proofErr w:type="spellStart"/>
      <w:r w:rsidRPr="006B3EFA">
        <w:rPr>
          <w:rFonts w:ascii="Arial" w:hAnsi="Arial" w:cs="Arial"/>
        </w:rPr>
        <w:t>Organisation</w:t>
      </w:r>
      <w:proofErr w:type="spellEnd"/>
      <w:r w:rsidRPr="006B3EFA">
        <w:rPr>
          <w:rFonts w:ascii="Arial" w:hAnsi="Arial" w:cs="Arial"/>
        </w:rPr>
        <w:t>: __________________________________________</w:t>
      </w:r>
    </w:p>
    <w:p w14:paraId="00849CE8" w14:textId="76F4E365" w:rsidR="00CD6285" w:rsidRPr="006B3EFA" w:rsidRDefault="006B3EFA" w:rsidP="006B3EFA">
      <w:pPr>
        <w:rPr>
          <w:rFonts w:ascii="Arial" w:hAnsi="Arial" w:cs="Arial"/>
        </w:rPr>
      </w:pPr>
      <w:r w:rsidRPr="006B3EFA">
        <w:rPr>
          <w:rFonts w:ascii="Arial" w:hAnsi="Arial" w:cs="Arial"/>
        </w:rPr>
        <w:t>Date: __________________________________________</w:t>
      </w:r>
    </w:p>
    <w:sectPr w:rsidR="00CD6285" w:rsidRPr="006B3EFA"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D6D4F" w14:textId="77777777" w:rsidR="00161E02" w:rsidRDefault="00161E02" w:rsidP="006B3EFA">
      <w:pPr>
        <w:spacing w:after="0" w:line="240" w:lineRule="auto"/>
      </w:pPr>
      <w:r>
        <w:separator/>
      </w:r>
    </w:p>
  </w:endnote>
  <w:endnote w:type="continuationSeparator" w:id="0">
    <w:p w14:paraId="24561AA5" w14:textId="77777777" w:rsidR="00161E02" w:rsidRDefault="00161E02" w:rsidP="006B3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485BB" w14:textId="77777777" w:rsidR="00161E02" w:rsidRDefault="00161E02" w:rsidP="006B3EFA">
      <w:pPr>
        <w:spacing w:after="0" w:line="240" w:lineRule="auto"/>
      </w:pPr>
      <w:r>
        <w:separator/>
      </w:r>
    </w:p>
  </w:footnote>
  <w:footnote w:type="continuationSeparator" w:id="0">
    <w:p w14:paraId="3427A628" w14:textId="77777777" w:rsidR="00161E02" w:rsidRDefault="00161E02" w:rsidP="006B3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45CF" w14:textId="370752FE" w:rsidR="006B3EFA" w:rsidRDefault="00771B1E" w:rsidP="00F71B5E">
    <w:pPr>
      <w:pStyle w:val="Header"/>
      <w:tabs>
        <w:tab w:val="clear" w:pos="4680"/>
        <w:tab w:val="clear" w:pos="9360"/>
        <w:tab w:val="right" w:pos="8640"/>
      </w:tabs>
    </w:pPr>
    <w:r>
      <w:rPr>
        <w:noProof/>
      </w:rPr>
      <w:drawing>
        <wp:anchor distT="114300" distB="114300" distL="114300" distR="114300" simplePos="0" relativeHeight="251659264" behindDoc="0" locked="0" layoutInCell="1" hidden="0" allowOverlap="1" wp14:anchorId="182CB3BD" wp14:editId="31965963">
          <wp:simplePos x="0" y="0"/>
          <wp:positionH relativeFrom="margin">
            <wp:align>left</wp:align>
          </wp:positionH>
          <wp:positionV relativeFrom="paragraph">
            <wp:posOffset>-181610</wp:posOffset>
          </wp:positionV>
          <wp:extent cx="1035050" cy="984250"/>
          <wp:effectExtent l="0" t="0" r="0" b="6350"/>
          <wp:wrapThrough wrapText="bothSides">
            <wp:wrapPolygon edited="0">
              <wp:start x="0" y="0"/>
              <wp:lineTo x="0" y="21321"/>
              <wp:lineTo x="21070" y="21321"/>
              <wp:lineTo x="21070" y="0"/>
              <wp:lineTo x="0" y="0"/>
            </wp:wrapPolygon>
          </wp:wrapThrough>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35050" cy="984250"/>
                  </a:xfrm>
                  <a:prstGeom prst="rect">
                    <a:avLst/>
                  </a:prstGeom>
                  <a:ln/>
                </pic:spPr>
              </pic:pic>
            </a:graphicData>
          </a:graphic>
          <wp14:sizeRelH relativeFrom="margin">
            <wp14:pctWidth>0</wp14:pctWidth>
          </wp14:sizeRelH>
          <wp14:sizeRelV relativeFrom="margin">
            <wp14:pctHeight>0</wp14:pctHeight>
          </wp14:sizeRelV>
        </wp:anchor>
      </w:drawing>
    </w:r>
    <w:r>
      <w:rPr>
        <w:b/>
        <w:noProof/>
        <w:sz w:val="28"/>
        <w:szCs w:val="28"/>
      </w:rPr>
      <w:drawing>
        <wp:anchor distT="0" distB="0" distL="114300" distR="114300" simplePos="0" relativeHeight="251660288" behindDoc="0" locked="0" layoutInCell="1" allowOverlap="1" wp14:anchorId="19F1544F" wp14:editId="00E92346">
          <wp:simplePos x="0" y="0"/>
          <wp:positionH relativeFrom="margin">
            <wp:posOffset>1305560</wp:posOffset>
          </wp:positionH>
          <wp:positionV relativeFrom="paragraph">
            <wp:posOffset>-59690</wp:posOffset>
          </wp:positionV>
          <wp:extent cx="1573530" cy="711200"/>
          <wp:effectExtent l="0" t="0" r="7620" b="0"/>
          <wp:wrapTopAndBottom/>
          <wp:docPr id="1281445523" name="Picture 2" descr="A group of blue circl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45523" name="Picture 2" descr="A group of blue circles with white tex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73530" cy="711200"/>
                  </a:xfrm>
                  <a:prstGeom prst="rect">
                    <a:avLst/>
                  </a:prstGeom>
                </pic:spPr>
              </pic:pic>
            </a:graphicData>
          </a:graphic>
          <wp14:sizeRelH relativeFrom="margin">
            <wp14:pctWidth>0</wp14:pctWidth>
          </wp14:sizeRelH>
          <wp14:sizeRelV relativeFrom="margin">
            <wp14:pctHeight>0</wp14:pctHeight>
          </wp14:sizeRelV>
        </wp:anchor>
      </w:drawing>
    </w:r>
    <w:r w:rsidRPr="00145BBF">
      <w:rPr>
        <w:noProof/>
      </w:rPr>
      <w:drawing>
        <wp:anchor distT="0" distB="0" distL="114300" distR="114300" simplePos="0" relativeHeight="251661312" behindDoc="0" locked="0" layoutInCell="1" allowOverlap="1" wp14:anchorId="4FB8E656" wp14:editId="200BD4A3">
          <wp:simplePos x="0" y="0"/>
          <wp:positionH relativeFrom="column">
            <wp:posOffset>4184015</wp:posOffset>
          </wp:positionH>
          <wp:positionV relativeFrom="paragraph">
            <wp:posOffset>-143510</wp:posOffset>
          </wp:positionV>
          <wp:extent cx="1619250" cy="795020"/>
          <wp:effectExtent l="0" t="0" r="0" b="5080"/>
          <wp:wrapThrough wrapText="bothSides">
            <wp:wrapPolygon edited="0">
              <wp:start x="0" y="0"/>
              <wp:lineTo x="0" y="21220"/>
              <wp:lineTo x="21346" y="21220"/>
              <wp:lineTo x="21346" y="0"/>
              <wp:lineTo x="0" y="0"/>
            </wp:wrapPolygon>
          </wp:wrapThrough>
          <wp:docPr id="1559020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20183" name=""/>
                  <pic:cNvPicPr/>
                </pic:nvPicPr>
                <pic:blipFill>
                  <a:blip r:embed="rId3">
                    <a:extLst>
                      <a:ext uri="{28A0092B-C50C-407E-A947-70E740481C1C}">
                        <a14:useLocalDpi xmlns:a14="http://schemas.microsoft.com/office/drawing/2010/main" val="0"/>
                      </a:ext>
                    </a:extLst>
                  </a:blip>
                  <a:stretch>
                    <a:fillRect/>
                  </a:stretch>
                </pic:blipFill>
                <pic:spPr>
                  <a:xfrm>
                    <a:off x="0" y="0"/>
                    <a:ext cx="1619250" cy="7950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778C6C27" wp14:editId="00B0F74C">
          <wp:simplePos x="0" y="0"/>
          <wp:positionH relativeFrom="margin">
            <wp:posOffset>2968625</wp:posOffset>
          </wp:positionH>
          <wp:positionV relativeFrom="paragraph">
            <wp:posOffset>-457200</wp:posOffset>
          </wp:positionV>
          <wp:extent cx="1462405" cy="1462405"/>
          <wp:effectExtent l="0" t="0" r="4445" b="4445"/>
          <wp:wrapThrough wrapText="bothSides">
            <wp:wrapPolygon edited="0">
              <wp:start x="0" y="0"/>
              <wp:lineTo x="0" y="21384"/>
              <wp:lineTo x="21384" y="21384"/>
              <wp:lineTo x="21384" y="0"/>
              <wp:lineTo x="0" y="0"/>
            </wp:wrapPolygon>
          </wp:wrapThrough>
          <wp:docPr id="929835196" name="Picture 1" descr="East Sussex councils unlock £1m in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st Sussex councils unlock £1m in benefit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62405" cy="1462405"/>
                  </a:xfrm>
                  <a:prstGeom prst="rect">
                    <a:avLst/>
                  </a:prstGeom>
                  <a:noFill/>
                  <a:ln>
                    <a:noFill/>
                  </a:ln>
                </pic:spPr>
              </pic:pic>
            </a:graphicData>
          </a:graphic>
          <wp14:sizeRelH relativeFrom="page">
            <wp14:pctWidth>0</wp14:pctWidth>
          </wp14:sizeRelH>
          <wp14:sizeRelV relativeFrom="page">
            <wp14:pctHeight>0</wp14:pctHeight>
          </wp14:sizeRelV>
        </wp:anchor>
      </w:drawing>
    </w:r>
    <w:r w:rsidR="00F71B5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1A14A8D"/>
    <w:multiLevelType w:val="hybridMultilevel"/>
    <w:tmpl w:val="B2A62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EA1ED0"/>
    <w:multiLevelType w:val="multilevel"/>
    <w:tmpl w:val="72465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5837EBA"/>
    <w:multiLevelType w:val="multilevel"/>
    <w:tmpl w:val="FD462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01459419">
    <w:abstractNumId w:val="8"/>
  </w:num>
  <w:num w:numId="2" w16cid:durableId="2118329052">
    <w:abstractNumId w:val="6"/>
  </w:num>
  <w:num w:numId="3" w16cid:durableId="1347629898">
    <w:abstractNumId w:val="5"/>
  </w:num>
  <w:num w:numId="4" w16cid:durableId="1488206457">
    <w:abstractNumId w:val="4"/>
  </w:num>
  <w:num w:numId="5" w16cid:durableId="486895044">
    <w:abstractNumId w:val="7"/>
  </w:num>
  <w:num w:numId="6" w16cid:durableId="970205693">
    <w:abstractNumId w:val="3"/>
  </w:num>
  <w:num w:numId="7" w16cid:durableId="973217349">
    <w:abstractNumId w:val="2"/>
  </w:num>
  <w:num w:numId="8" w16cid:durableId="1321350998">
    <w:abstractNumId w:val="1"/>
  </w:num>
  <w:num w:numId="9" w16cid:durableId="1633907077">
    <w:abstractNumId w:val="0"/>
  </w:num>
  <w:num w:numId="10" w16cid:durableId="644168995">
    <w:abstractNumId w:val="11"/>
  </w:num>
  <w:num w:numId="11" w16cid:durableId="1555389486">
    <w:abstractNumId w:val="10"/>
  </w:num>
  <w:num w:numId="12" w16cid:durableId="2301635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773C"/>
    <w:rsid w:val="0015074B"/>
    <w:rsid w:val="00161E02"/>
    <w:rsid w:val="0029639D"/>
    <w:rsid w:val="00326F90"/>
    <w:rsid w:val="005853F5"/>
    <w:rsid w:val="006B3EFA"/>
    <w:rsid w:val="00771B1E"/>
    <w:rsid w:val="00AA1D8D"/>
    <w:rsid w:val="00B47730"/>
    <w:rsid w:val="00CB0664"/>
    <w:rsid w:val="00CD6285"/>
    <w:rsid w:val="00DA27CF"/>
    <w:rsid w:val="00EA5F9C"/>
    <w:rsid w:val="00F71B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2CFDA2"/>
  <w14:defaultImageDpi w14:val="330"/>
  <w15:docId w15:val="{22A9F777-D353-4187-B258-F8747C94E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Schan</dc:creator>
  <cp:keywords/>
  <dc:description>generated by python-docx</dc:description>
  <cp:lastModifiedBy>Hilary Schan</cp:lastModifiedBy>
  <cp:revision>3</cp:revision>
  <dcterms:created xsi:type="dcterms:W3CDTF">2026-09-11T14:21:00Z</dcterms:created>
  <dcterms:modified xsi:type="dcterms:W3CDTF">2026-10-26T15:59:00Z</dcterms:modified>
  <cp:category/>
</cp:coreProperties>
</file>